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B080C" w14:textId="77777777" w:rsidR="006240A5" w:rsidRPr="00A84A57" w:rsidRDefault="00000000" w:rsidP="00A84A57">
      <w:pPr>
        <w:spacing w:line="240" w:lineRule="auto"/>
        <w:jc w:val="center"/>
        <w:rPr>
          <w:sz w:val="28"/>
          <w:szCs w:val="28"/>
          <w:lang w:val="ru-RU"/>
        </w:rPr>
      </w:pPr>
      <w:r w:rsidRPr="00A84A57">
        <w:rPr>
          <w:b/>
          <w:sz w:val="28"/>
          <w:szCs w:val="28"/>
          <w:lang w:val="ru-RU"/>
        </w:rPr>
        <w:t>ЗВІТ</w:t>
      </w:r>
    </w:p>
    <w:p w14:paraId="3F4075D9" w14:textId="77777777" w:rsidR="006240A5" w:rsidRPr="00A84A57" w:rsidRDefault="00000000" w:rsidP="00A84A57">
      <w:pPr>
        <w:spacing w:line="240" w:lineRule="auto"/>
        <w:jc w:val="center"/>
        <w:rPr>
          <w:sz w:val="28"/>
          <w:szCs w:val="28"/>
          <w:lang w:val="ru-RU"/>
        </w:rPr>
      </w:pPr>
      <w:proofErr w:type="gramStart"/>
      <w:r w:rsidRPr="00A84A57">
        <w:rPr>
          <w:b/>
          <w:sz w:val="28"/>
          <w:szCs w:val="28"/>
          <w:lang w:val="ru-RU"/>
        </w:rPr>
        <w:t>про роботу</w:t>
      </w:r>
      <w:proofErr w:type="gramEnd"/>
      <w:r w:rsidRPr="00A84A57">
        <w:rPr>
          <w:b/>
          <w:sz w:val="28"/>
          <w:szCs w:val="28"/>
          <w:lang w:val="ru-RU"/>
        </w:rPr>
        <w:t xml:space="preserve"> </w:t>
      </w:r>
      <w:proofErr w:type="spellStart"/>
      <w:r w:rsidRPr="00A84A57">
        <w:rPr>
          <w:b/>
          <w:sz w:val="28"/>
          <w:szCs w:val="28"/>
          <w:lang w:val="ru-RU"/>
        </w:rPr>
        <w:t>наукового</w:t>
      </w:r>
      <w:proofErr w:type="spellEnd"/>
      <w:r w:rsidRPr="00A84A57">
        <w:rPr>
          <w:b/>
          <w:sz w:val="28"/>
          <w:szCs w:val="28"/>
          <w:lang w:val="ru-RU"/>
        </w:rPr>
        <w:t xml:space="preserve"> </w:t>
      </w:r>
      <w:proofErr w:type="spellStart"/>
      <w:r w:rsidRPr="00A84A57">
        <w:rPr>
          <w:b/>
          <w:sz w:val="28"/>
          <w:szCs w:val="28"/>
          <w:lang w:val="ru-RU"/>
        </w:rPr>
        <w:t>гуртка</w:t>
      </w:r>
      <w:proofErr w:type="spellEnd"/>
      <w:r w:rsidRPr="00A84A57">
        <w:rPr>
          <w:b/>
          <w:sz w:val="28"/>
          <w:szCs w:val="28"/>
          <w:lang w:val="ru-RU"/>
        </w:rPr>
        <w:t xml:space="preserve"> «</w:t>
      </w:r>
      <w:r w:rsidRPr="00A84A57">
        <w:rPr>
          <w:b/>
          <w:sz w:val="28"/>
          <w:szCs w:val="28"/>
        </w:rPr>
        <w:t>PER</w:t>
      </w:r>
      <w:r w:rsidRPr="00A84A57">
        <w:rPr>
          <w:b/>
          <w:sz w:val="28"/>
          <w:szCs w:val="28"/>
          <w:lang w:val="ru-RU"/>
        </w:rPr>
        <w:t xml:space="preserve"> </w:t>
      </w:r>
      <w:r w:rsidRPr="00A84A57">
        <w:rPr>
          <w:b/>
          <w:sz w:val="28"/>
          <w:szCs w:val="28"/>
        </w:rPr>
        <w:t>LINGUA</w:t>
      </w:r>
      <w:r w:rsidRPr="00A84A57">
        <w:rPr>
          <w:b/>
          <w:sz w:val="28"/>
          <w:szCs w:val="28"/>
          <w:lang w:val="ru-RU"/>
        </w:rPr>
        <w:t xml:space="preserve"> </w:t>
      </w:r>
      <w:r w:rsidRPr="00A84A57">
        <w:rPr>
          <w:b/>
          <w:sz w:val="28"/>
          <w:szCs w:val="28"/>
        </w:rPr>
        <w:t>AD</w:t>
      </w:r>
      <w:r w:rsidRPr="00A84A57">
        <w:rPr>
          <w:b/>
          <w:sz w:val="28"/>
          <w:szCs w:val="28"/>
          <w:lang w:val="ru-RU"/>
        </w:rPr>
        <w:t xml:space="preserve"> </w:t>
      </w:r>
      <w:r w:rsidRPr="00A84A57">
        <w:rPr>
          <w:b/>
          <w:sz w:val="28"/>
          <w:szCs w:val="28"/>
        </w:rPr>
        <w:t>ASTRA</w:t>
      </w:r>
      <w:r w:rsidRPr="00A84A57">
        <w:rPr>
          <w:b/>
          <w:sz w:val="28"/>
          <w:szCs w:val="28"/>
          <w:lang w:val="ru-RU"/>
        </w:rPr>
        <w:t>»</w:t>
      </w:r>
      <w:r w:rsidRPr="00A84A57">
        <w:rPr>
          <w:b/>
          <w:sz w:val="28"/>
          <w:szCs w:val="28"/>
          <w:lang w:val="ru-RU"/>
        </w:rPr>
        <w:br/>
        <w:t xml:space="preserve">за 2025–2026 </w:t>
      </w:r>
      <w:proofErr w:type="spellStart"/>
      <w:r w:rsidRPr="00A84A57">
        <w:rPr>
          <w:b/>
          <w:sz w:val="28"/>
          <w:szCs w:val="28"/>
          <w:lang w:val="ru-RU"/>
        </w:rPr>
        <w:t>навчальний</w:t>
      </w:r>
      <w:proofErr w:type="spellEnd"/>
      <w:r w:rsidRPr="00A84A57">
        <w:rPr>
          <w:b/>
          <w:sz w:val="28"/>
          <w:szCs w:val="28"/>
          <w:lang w:val="ru-RU"/>
        </w:rPr>
        <w:t xml:space="preserve"> </w:t>
      </w:r>
      <w:proofErr w:type="spellStart"/>
      <w:r w:rsidRPr="00A84A57">
        <w:rPr>
          <w:b/>
          <w:sz w:val="28"/>
          <w:szCs w:val="28"/>
          <w:lang w:val="ru-RU"/>
        </w:rPr>
        <w:t>рік</w:t>
      </w:r>
      <w:proofErr w:type="spellEnd"/>
    </w:p>
    <w:p w14:paraId="40286B74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A84A57">
        <w:rPr>
          <w:sz w:val="28"/>
          <w:szCs w:val="28"/>
          <w:lang w:val="ru-RU"/>
        </w:rPr>
        <w:t>Упродовж</w:t>
      </w:r>
      <w:proofErr w:type="spellEnd"/>
      <w:r w:rsidRPr="00A84A57">
        <w:rPr>
          <w:sz w:val="28"/>
          <w:szCs w:val="28"/>
          <w:lang w:val="ru-RU"/>
        </w:rPr>
        <w:t xml:space="preserve"> 2025–2026 </w:t>
      </w:r>
      <w:proofErr w:type="spellStart"/>
      <w:r w:rsidRPr="00A84A57">
        <w:rPr>
          <w:sz w:val="28"/>
          <w:szCs w:val="28"/>
          <w:lang w:val="ru-RU"/>
        </w:rPr>
        <w:t>навчального</w:t>
      </w:r>
      <w:proofErr w:type="spellEnd"/>
      <w:r w:rsidRPr="00A84A57">
        <w:rPr>
          <w:sz w:val="28"/>
          <w:szCs w:val="28"/>
          <w:lang w:val="ru-RU"/>
        </w:rPr>
        <w:t xml:space="preserve"> року робота </w:t>
      </w:r>
      <w:proofErr w:type="spellStart"/>
      <w:r w:rsidRPr="00A84A57">
        <w:rPr>
          <w:sz w:val="28"/>
          <w:szCs w:val="28"/>
          <w:lang w:val="ru-RU"/>
        </w:rPr>
        <w:t>наукового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 «</w:t>
      </w:r>
      <w:r w:rsidRPr="00A84A57">
        <w:rPr>
          <w:sz w:val="28"/>
          <w:szCs w:val="28"/>
        </w:rPr>
        <w:t>PER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LINGUA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AD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ASTRA</w:t>
      </w:r>
      <w:r w:rsidRPr="00A84A57">
        <w:rPr>
          <w:sz w:val="28"/>
          <w:szCs w:val="28"/>
          <w:lang w:val="ru-RU"/>
        </w:rPr>
        <w:t xml:space="preserve">» </w:t>
      </w:r>
      <w:proofErr w:type="spellStart"/>
      <w:r w:rsidRPr="00A84A57">
        <w:rPr>
          <w:sz w:val="28"/>
          <w:szCs w:val="28"/>
          <w:lang w:val="ru-RU"/>
        </w:rPr>
        <w:t>була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спрямована</w:t>
      </w:r>
      <w:proofErr w:type="spellEnd"/>
      <w:r w:rsidRPr="00A84A57">
        <w:rPr>
          <w:sz w:val="28"/>
          <w:szCs w:val="28"/>
          <w:lang w:val="ru-RU"/>
        </w:rPr>
        <w:t xml:space="preserve"> на </w:t>
      </w:r>
      <w:proofErr w:type="spellStart"/>
      <w:r w:rsidRPr="00A84A57">
        <w:rPr>
          <w:sz w:val="28"/>
          <w:szCs w:val="28"/>
          <w:lang w:val="ru-RU"/>
        </w:rPr>
        <w:t>поглиблення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науково-дослідницької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підготовки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студентів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розвиток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їхнього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інтересу</w:t>
      </w:r>
      <w:proofErr w:type="spellEnd"/>
      <w:r w:rsidRPr="00A84A57">
        <w:rPr>
          <w:sz w:val="28"/>
          <w:szCs w:val="28"/>
          <w:lang w:val="ru-RU"/>
        </w:rPr>
        <w:t xml:space="preserve"> до </w:t>
      </w:r>
      <w:proofErr w:type="spellStart"/>
      <w:r w:rsidRPr="00A84A57">
        <w:rPr>
          <w:sz w:val="28"/>
          <w:szCs w:val="28"/>
          <w:lang w:val="ru-RU"/>
        </w:rPr>
        <w:t>актуальних</w:t>
      </w:r>
      <w:proofErr w:type="spellEnd"/>
      <w:r w:rsidRPr="00A84A57">
        <w:rPr>
          <w:sz w:val="28"/>
          <w:szCs w:val="28"/>
          <w:lang w:val="ru-RU"/>
        </w:rPr>
        <w:t xml:space="preserve"> проблем </w:t>
      </w:r>
      <w:proofErr w:type="spellStart"/>
      <w:r w:rsidRPr="00A84A57">
        <w:rPr>
          <w:sz w:val="28"/>
          <w:szCs w:val="28"/>
          <w:lang w:val="ru-RU"/>
        </w:rPr>
        <w:t>сучасної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лінгвістики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міжкультурної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комунікації</w:t>
      </w:r>
      <w:proofErr w:type="spellEnd"/>
      <w:r w:rsidRPr="00A84A57">
        <w:rPr>
          <w:sz w:val="28"/>
          <w:szCs w:val="28"/>
          <w:lang w:val="ru-RU"/>
        </w:rPr>
        <w:t xml:space="preserve">, перекладу та </w:t>
      </w:r>
      <w:proofErr w:type="spellStart"/>
      <w:r w:rsidRPr="00A84A57">
        <w:rPr>
          <w:sz w:val="28"/>
          <w:szCs w:val="28"/>
          <w:lang w:val="ru-RU"/>
        </w:rPr>
        <w:t>функціонування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мови</w:t>
      </w:r>
      <w:proofErr w:type="spellEnd"/>
      <w:r w:rsidRPr="00A84A57">
        <w:rPr>
          <w:sz w:val="28"/>
          <w:szCs w:val="28"/>
          <w:lang w:val="ru-RU"/>
        </w:rPr>
        <w:t xml:space="preserve"> в </w:t>
      </w:r>
      <w:proofErr w:type="spellStart"/>
      <w:r w:rsidRPr="00A84A57">
        <w:rPr>
          <w:sz w:val="28"/>
          <w:szCs w:val="28"/>
          <w:lang w:val="ru-RU"/>
        </w:rPr>
        <w:t>суспільстві</w:t>
      </w:r>
      <w:proofErr w:type="spellEnd"/>
      <w:r w:rsidRPr="00A84A57">
        <w:rPr>
          <w:sz w:val="28"/>
          <w:szCs w:val="28"/>
          <w:lang w:val="ru-RU"/>
        </w:rPr>
        <w:t xml:space="preserve">. </w:t>
      </w:r>
      <w:proofErr w:type="spellStart"/>
      <w:r w:rsidRPr="00A84A57">
        <w:rPr>
          <w:sz w:val="28"/>
          <w:szCs w:val="28"/>
          <w:lang w:val="ru-RU"/>
        </w:rPr>
        <w:t>Особлива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увага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приділялася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формуванню</w:t>
      </w:r>
      <w:proofErr w:type="spellEnd"/>
      <w:r w:rsidRPr="00A84A57">
        <w:rPr>
          <w:sz w:val="28"/>
          <w:szCs w:val="28"/>
          <w:lang w:val="ru-RU"/>
        </w:rPr>
        <w:t xml:space="preserve"> критичного й </w:t>
      </w:r>
      <w:proofErr w:type="spellStart"/>
      <w:r w:rsidRPr="00A84A57">
        <w:rPr>
          <w:sz w:val="28"/>
          <w:szCs w:val="28"/>
          <w:lang w:val="ru-RU"/>
        </w:rPr>
        <w:t>аналітичного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мислення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навичок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аргументованого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висловлення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власної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позиції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академічної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дискусії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презентації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результатів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самостійної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роботи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69AF08B2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t xml:space="preserve">Робота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здійснювалася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відповідно</w:t>
      </w:r>
      <w:proofErr w:type="spellEnd"/>
      <w:r w:rsidRPr="00A84A57">
        <w:rPr>
          <w:sz w:val="28"/>
          <w:szCs w:val="28"/>
          <w:lang w:val="ru-RU"/>
        </w:rPr>
        <w:t xml:space="preserve"> до </w:t>
      </w:r>
      <w:proofErr w:type="spellStart"/>
      <w:r w:rsidRPr="00A84A57">
        <w:rPr>
          <w:sz w:val="28"/>
          <w:szCs w:val="28"/>
          <w:lang w:val="ru-RU"/>
        </w:rPr>
        <w:t>затвердженого</w:t>
      </w:r>
      <w:proofErr w:type="spellEnd"/>
      <w:r w:rsidRPr="00A84A57">
        <w:rPr>
          <w:sz w:val="28"/>
          <w:szCs w:val="28"/>
          <w:lang w:val="ru-RU"/>
        </w:rPr>
        <w:t xml:space="preserve"> плану-</w:t>
      </w:r>
      <w:proofErr w:type="spellStart"/>
      <w:r w:rsidRPr="00A84A57">
        <w:rPr>
          <w:sz w:val="28"/>
          <w:szCs w:val="28"/>
          <w:lang w:val="ru-RU"/>
        </w:rPr>
        <w:t>графіка</w:t>
      </w:r>
      <w:proofErr w:type="spellEnd"/>
      <w:r w:rsidRPr="00A84A57">
        <w:rPr>
          <w:sz w:val="28"/>
          <w:szCs w:val="28"/>
          <w:lang w:val="ru-RU"/>
        </w:rPr>
        <w:t xml:space="preserve">. </w:t>
      </w:r>
      <w:proofErr w:type="spellStart"/>
      <w:r w:rsidRPr="00A84A57">
        <w:rPr>
          <w:sz w:val="28"/>
          <w:szCs w:val="28"/>
          <w:lang w:val="ru-RU"/>
        </w:rPr>
        <w:t>Упродовж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навчального</w:t>
      </w:r>
      <w:proofErr w:type="spellEnd"/>
      <w:r w:rsidRPr="00A84A57">
        <w:rPr>
          <w:sz w:val="28"/>
          <w:szCs w:val="28"/>
          <w:lang w:val="ru-RU"/>
        </w:rPr>
        <w:t xml:space="preserve"> року </w:t>
      </w:r>
      <w:proofErr w:type="spellStart"/>
      <w:r w:rsidRPr="00A84A57">
        <w:rPr>
          <w:sz w:val="28"/>
          <w:szCs w:val="28"/>
          <w:lang w:val="ru-RU"/>
        </w:rPr>
        <w:t>було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організовано</w:t>
      </w:r>
      <w:proofErr w:type="spellEnd"/>
      <w:r w:rsidRPr="00A84A57">
        <w:rPr>
          <w:sz w:val="28"/>
          <w:szCs w:val="28"/>
          <w:lang w:val="ru-RU"/>
        </w:rPr>
        <w:t xml:space="preserve"> та проведено </w:t>
      </w:r>
      <w:proofErr w:type="spellStart"/>
      <w:r w:rsidRPr="00A84A57">
        <w:rPr>
          <w:sz w:val="28"/>
          <w:szCs w:val="28"/>
          <w:lang w:val="ru-RU"/>
        </w:rPr>
        <w:t>сім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засідань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7AED8068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t xml:space="preserve">30 вересня 2025 року </w:t>
      </w:r>
      <w:proofErr w:type="spellStart"/>
      <w:r w:rsidRPr="00A84A57">
        <w:rPr>
          <w:sz w:val="28"/>
          <w:szCs w:val="28"/>
          <w:lang w:val="ru-RU"/>
        </w:rPr>
        <w:t>відбулося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організаційне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засідання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наукового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 «</w:t>
      </w:r>
      <w:r w:rsidRPr="00A84A57">
        <w:rPr>
          <w:sz w:val="28"/>
          <w:szCs w:val="28"/>
        </w:rPr>
        <w:t>PER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LINGUA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AD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ASTRA</w:t>
      </w:r>
      <w:r w:rsidRPr="00A84A57">
        <w:rPr>
          <w:sz w:val="28"/>
          <w:szCs w:val="28"/>
          <w:lang w:val="ru-RU"/>
        </w:rPr>
        <w:t xml:space="preserve">». </w:t>
      </w:r>
      <w:proofErr w:type="spellStart"/>
      <w:r w:rsidRPr="00A84A57">
        <w:rPr>
          <w:sz w:val="28"/>
          <w:szCs w:val="28"/>
          <w:lang w:val="ru-RU"/>
        </w:rPr>
        <w:t>Учасники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ознайомилися</w:t>
      </w:r>
      <w:proofErr w:type="spellEnd"/>
      <w:r w:rsidRPr="00A84A57">
        <w:rPr>
          <w:sz w:val="28"/>
          <w:szCs w:val="28"/>
          <w:lang w:val="ru-RU"/>
        </w:rPr>
        <w:t xml:space="preserve"> з </w:t>
      </w:r>
      <w:proofErr w:type="spellStart"/>
      <w:r w:rsidRPr="00A84A57">
        <w:rPr>
          <w:sz w:val="28"/>
          <w:szCs w:val="28"/>
          <w:lang w:val="ru-RU"/>
        </w:rPr>
        <w:t>основними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напрямами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роботи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, обговорили план </w:t>
      </w:r>
      <w:proofErr w:type="spellStart"/>
      <w:r w:rsidRPr="00A84A57">
        <w:rPr>
          <w:sz w:val="28"/>
          <w:szCs w:val="28"/>
          <w:lang w:val="ru-RU"/>
        </w:rPr>
        <w:t>діяльності</w:t>
      </w:r>
      <w:proofErr w:type="spellEnd"/>
      <w:r w:rsidRPr="00A84A57">
        <w:rPr>
          <w:sz w:val="28"/>
          <w:szCs w:val="28"/>
          <w:lang w:val="ru-RU"/>
        </w:rPr>
        <w:t xml:space="preserve"> на </w:t>
      </w:r>
      <w:proofErr w:type="spellStart"/>
      <w:r w:rsidRPr="00A84A57">
        <w:rPr>
          <w:sz w:val="28"/>
          <w:szCs w:val="28"/>
          <w:lang w:val="ru-RU"/>
        </w:rPr>
        <w:t>навчальний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рік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визначили</w:t>
      </w:r>
      <w:proofErr w:type="spellEnd"/>
      <w:r w:rsidRPr="00A84A57">
        <w:rPr>
          <w:sz w:val="28"/>
          <w:szCs w:val="28"/>
          <w:lang w:val="ru-RU"/>
        </w:rPr>
        <w:t xml:space="preserve"> коло </w:t>
      </w:r>
      <w:proofErr w:type="spellStart"/>
      <w:r w:rsidRPr="00A84A57">
        <w:rPr>
          <w:sz w:val="28"/>
          <w:szCs w:val="28"/>
          <w:lang w:val="ru-RU"/>
        </w:rPr>
        <w:t>наукових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інтересів</w:t>
      </w:r>
      <w:proofErr w:type="spellEnd"/>
      <w:r w:rsidRPr="00A84A57">
        <w:rPr>
          <w:sz w:val="28"/>
          <w:szCs w:val="28"/>
          <w:lang w:val="ru-RU"/>
        </w:rPr>
        <w:t xml:space="preserve"> і тем, </w:t>
      </w:r>
      <w:proofErr w:type="spellStart"/>
      <w:r w:rsidRPr="00A84A57">
        <w:rPr>
          <w:sz w:val="28"/>
          <w:szCs w:val="28"/>
          <w:lang w:val="ru-RU"/>
        </w:rPr>
        <w:t>актуальних</w:t>
      </w:r>
      <w:proofErr w:type="spellEnd"/>
      <w:r w:rsidRPr="00A84A57">
        <w:rPr>
          <w:sz w:val="28"/>
          <w:szCs w:val="28"/>
          <w:lang w:val="ru-RU"/>
        </w:rPr>
        <w:t xml:space="preserve"> для </w:t>
      </w:r>
      <w:proofErr w:type="spellStart"/>
      <w:r w:rsidRPr="00A84A57">
        <w:rPr>
          <w:sz w:val="28"/>
          <w:szCs w:val="28"/>
          <w:lang w:val="ru-RU"/>
        </w:rPr>
        <w:t>подальшого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обговорення</w:t>
      </w:r>
      <w:proofErr w:type="spellEnd"/>
      <w:r w:rsidRPr="00A84A57">
        <w:rPr>
          <w:sz w:val="28"/>
          <w:szCs w:val="28"/>
          <w:lang w:val="ru-RU"/>
        </w:rPr>
        <w:t xml:space="preserve">. </w:t>
      </w:r>
      <w:proofErr w:type="spellStart"/>
      <w:r w:rsidRPr="00A84A57">
        <w:rPr>
          <w:sz w:val="28"/>
          <w:szCs w:val="28"/>
          <w:lang w:val="ru-RU"/>
        </w:rPr>
        <w:t>Особливу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увагу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було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приділено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залученню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студентів</w:t>
      </w:r>
      <w:proofErr w:type="spellEnd"/>
      <w:r w:rsidRPr="00A84A57">
        <w:rPr>
          <w:sz w:val="28"/>
          <w:szCs w:val="28"/>
          <w:lang w:val="ru-RU"/>
        </w:rPr>
        <w:t xml:space="preserve"> до </w:t>
      </w:r>
      <w:proofErr w:type="spellStart"/>
      <w:r w:rsidRPr="00A84A57">
        <w:rPr>
          <w:sz w:val="28"/>
          <w:szCs w:val="28"/>
          <w:lang w:val="ru-RU"/>
        </w:rPr>
        <w:t>активної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участі</w:t>
      </w:r>
      <w:proofErr w:type="spellEnd"/>
      <w:r w:rsidRPr="00A84A57">
        <w:rPr>
          <w:sz w:val="28"/>
          <w:szCs w:val="28"/>
          <w:lang w:val="ru-RU"/>
        </w:rPr>
        <w:t xml:space="preserve"> у </w:t>
      </w:r>
      <w:proofErr w:type="spellStart"/>
      <w:r w:rsidRPr="00A84A57">
        <w:rPr>
          <w:sz w:val="28"/>
          <w:szCs w:val="28"/>
          <w:lang w:val="ru-RU"/>
        </w:rPr>
        <w:t>дискусіях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підготовці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презентацій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самостійному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опрацюванню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наукових</w:t>
      </w:r>
      <w:proofErr w:type="spellEnd"/>
      <w:r w:rsidRPr="00A84A57">
        <w:rPr>
          <w:sz w:val="28"/>
          <w:szCs w:val="28"/>
          <w:lang w:val="ru-RU"/>
        </w:rPr>
        <w:t xml:space="preserve"> і </w:t>
      </w:r>
      <w:proofErr w:type="spellStart"/>
      <w:r w:rsidRPr="00A84A57">
        <w:rPr>
          <w:sz w:val="28"/>
          <w:szCs w:val="28"/>
          <w:lang w:val="ru-RU"/>
        </w:rPr>
        <w:t>науково-популярних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джерел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04641DA1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t xml:space="preserve">27 </w:t>
      </w:r>
      <w:proofErr w:type="spellStart"/>
      <w:r w:rsidRPr="00A84A57">
        <w:rPr>
          <w:sz w:val="28"/>
          <w:szCs w:val="28"/>
          <w:lang w:val="ru-RU"/>
        </w:rPr>
        <w:t>жовтня</w:t>
      </w:r>
      <w:proofErr w:type="spellEnd"/>
      <w:r w:rsidRPr="00A84A57">
        <w:rPr>
          <w:sz w:val="28"/>
          <w:szCs w:val="28"/>
          <w:lang w:val="ru-RU"/>
        </w:rPr>
        <w:t xml:space="preserve"> 2025 року </w:t>
      </w:r>
      <w:proofErr w:type="spellStart"/>
      <w:r w:rsidRPr="00A84A57">
        <w:rPr>
          <w:sz w:val="28"/>
          <w:szCs w:val="28"/>
          <w:lang w:val="ru-RU"/>
        </w:rPr>
        <w:t>було</w:t>
      </w:r>
      <w:proofErr w:type="spellEnd"/>
      <w:r w:rsidRPr="00A84A57">
        <w:rPr>
          <w:sz w:val="28"/>
          <w:szCs w:val="28"/>
          <w:lang w:val="ru-RU"/>
        </w:rPr>
        <w:t xml:space="preserve"> проведено </w:t>
      </w:r>
      <w:proofErr w:type="spellStart"/>
      <w:r w:rsidRPr="00A84A57">
        <w:rPr>
          <w:sz w:val="28"/>
          <w:szCs w:val="28"/>
          <w:lang w:val="ru-RU"/>
        </w:rPr>
        <w:t>засідання</w:t>
      </w:r>
      <w:proofErr w:type="spellEnd"/>
      <w:r w:rsidRPr="00A84A57">
        <w:rPr>
          <w:sz w:val="28"/>
          <w:szCs w:val="28"/>
          <w:lang w:val="ru-RU"/>
        </w:rPr>
        <w:t xml:space="preserve"> на тему «</w:t>
      </w:r>
      <w:r w:rsidRPr="00A84A57">
        <w:rPr>
          <w:sz w:val="28"/>
          <w:szCs w:val="28"/>
        </w:rPr>
        <w:t>Language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Extinction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and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Language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Documentation</w:t>
      </w:r>
      <w:r w:rsidRPr="00A84A57">
        <w:rPr>
          <w:sz w:val="28"/>
          <w:szCs w:val="28"/>
          <w:lang w:val="ru-RU"/>
        </w:rPr>
        <w:t xml:space="preserve">» на </w:t>
      </w:r>
      <w:proofErr w:type="spellStart"/>
      <w:r w:rsidRPr="00A84A57">
        <w:rPr>
          <w:sz w:val="28"/>
          <w:szCs w:val="28"/>
          <w:lang w:val="ru-RU"/>
        </w:rPr>
        <w:t>матеріалі</w:t>
      </w:r>
      <w:proofErr w:type="spellEnd"/>
      <w:r w:rsidRPr="00A84A57">
        <w:rPr>
          <w:sz w:val="28"/>
          <w:szCs w:val="28"/>
          <w:lang w:val="ru-RU"/>
        </w:rPr>
        <w:t xml:space="preserve"> документального </w:t>
      </w:r>
      <w:proofErr w:type="spellStart"/>
      <w:r w:rsidRPr="00A84A57">
        <w:rPr>
          <w:sz w:val="28"/>
          <w:szCs w:val="28"/>
          <w:lang w:val="ru-RU"/>
        </w:rPr>
        <w:t>фільму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The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Linguists</w:t>
      </w:r>
      <w:r w:rsidRPr="00A84A57">
        <w:rPr>
          <w:sz w:val="28"/>
          <w:szCs w:val="28"/>
          <w:lang w:val="ru-RU"/>
        </w:rPr>
        <w:t xml:space="preserve"> (2008). </w:t>
      </w:r>
      <w:proofErr w:type="spellStart"/>
      <w:r w:rsidRPr="00A84A57">
        <w:rPr>
          <w:sz w:val="28"/>
          <w:szCs w:val="28"/>
          <w:lang w:val="ru-RU"/>
        </w:rPr>
        <w:t>Учасники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розглянули</w:t>
      </w:r>
      <w:proofErr w:type="spellEnd"/>
      <w:r w:rsidRPr="00A84A57">
        <w:rPr>
          <w:sz w:val="28"/>
          <w:szCs w:val="28"/>
          <w:lang w:val="ru-RU"/>
        </w:rPr>
        <w:t xml:space="preserve"> проблему </w:t>
      </w:r>
      <w:proofErr w:type="spellStart"/>
      <w:r w:rsidRPr="00A84A57">
        <w:rPr>
          <w:sz w:val="28"/>
          <w:szCs w:val="28"/>
          <w:lang w:val="ru-RU"/>
        </w:rPr>
        <w:t>зникнення</w:t>
      </w:r>
      <w:proofErr w:type="spellEnd"/>
      <w:r w:rsidRPr="00A84A57">
        <w:rPr>
          <w:sz w:val="28"/>
          <w:szCs w:val="28"/>
          <w:lang w:val="ru-RU"/>
        </w:rPr>
        <w:t xml:space="preserve"> мов, причини </w:t>
      </w:r>
      <w:proofErr w:type="spellStart"/>
      <w:r w:rsidRPr="00A84A57">
        <w:rPr>
          <w:sz w:val="28"/>
          <w:szCs w:val="28"/>
          <w:lang w:val="ru-RU"/>
        </w:rPr>
        <w:t>мовного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занепаду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значення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документування</w:t>
      </w:r>
      <w:proofErr w:type="spellEnd"/>
      <w:r w:rsidRPr="00A84A57">
        <w:rPr>
          <w:sz w:val="28"/>
          <w:szCs w:val="28"/>
          <w:lang w:val="ru-RU"/>
        </w:rPr>
        <w:t xml:space="preserve"> мов, </w:t>
      </w:r>
      <w:proofErr w:type="spellStart"/>
      <w:r w:rsidRPr="00A84A57">
        <w:rPr>
          <w:sz w:val="28"/>
          <w:szCs w:val="28"/>
          <w:lang w:val="ru-RU"/>
        </w:rPr>
        <w:t>що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перебувають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під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загрозою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зникнення</w:t>
      </w:r>
      <w:proofErr w:type="spellEnd"/>
      <w:r w:rsidRPr="00A84A57">
        <w:rPr>
          <w:sz w:val="28"/>
          <w:szCs w:val="28"/>
          <w:lang w:val="ru-RU"/>
        </w:rPr>
        <w:t xml:space="preserve">. У </w:t>
      </w:r>
      <w:proofErr w:type="spellStart"/>
      <w:r w:rsidRPr="00A84A57">
        <w:rPr>
          <w:sz w:val="28"/>
          <w:szCs w:val="28"/>
          <w:lang w:val="ru-RU"/>
        </w:rPr>
        <w:t>ході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дискусії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студенти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аналізували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взаємозв’язок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мови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культури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ідентичності</w:t>
      </w:r>
      <w:proofErr w:type="spellEnd"/>
      <w:r w:rsidRPr="00A84A57">
        <w:rPr>
          <w:sz w:val="28"/>
          <w:szCs w:val="28"/>
          <w:lang w:val="ru-RU"/>
        </w:rPr>
        <w:t xml:space="preserve">, а також роль </w:t>
      </w:r>
      <w:proofErr w:type="spellStart"/>
      <w:r w:rsidRPr="00A84A57">
        <w:rPr>
          <w:sz w:val="28"/>
          <w:szCs w:val="28"/>
          <w:lang w:val="ru-RU"/>
        </w:rPr>
        <w:t>лінгвістів</w:t>
      </w:r>
      <w:proofErr w:type="spellEnd"/>
      <w:r w:rsidRPr="00A84A57">
        <w:rPr>
          <w:sz w:val="28"/>
          <w:szCs w:val="28"/>
          <w:lang w:val="ru-RU"/>
        </w:rPr>
        <w:t xml:space="preserve"> у </w:t>
      </w:r>
      <w:proofErr w:type="spellStart"/>
      <w:r w:rsidRPr="00A84A57">
        <w:rPr>
          <w:sz w:val="28"/>
          <w:szCs w:val="28"/>
          <w:lang w:val="ru-RU"/>
        </w:rPr>
        <w:t>збереженні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мовного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різноманіття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0FD1691B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t xml:space="preserve">17 листопада 2025 року </w:t>
      </w:r>
      <w:proofErr w:type="spellStart"/>
      <w:r w:rsidRPr="00A84A57">
        <w:rPr>
          <w:sz w:val="28"/>
          <w:szCs w:val="28"/>
          <w:lang w:val="ru-RU"/>
        </w:rPr>
        <w:t>засідання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було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присвячено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темі</w:t>
      </w:r>
      <w:proofErr w:type="spellEnd"/>
      <w:r w:rsidRPr="00A84A57">
        <w:rPr>
          <w:sz w:val="28"/>
          <w:szCs w:val="28"/>
          <w:lang w:val="ru-RU"/>
        </w:rPr>
        <w:t xml:space="preserve"> «</w:t>
      </w:r>
      <w:r w:rsidRPr="00A84A57">
        <w:rPr>
          <w:sz w:val="28"/>
          <w:szCs w:val="28"/>
        </w:rPr>
        <w:t>Visual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Literacy</w:t>
      </w:r>
      <w:r w:rsidRPr="00A84A57">
        <w:rPr>
          <w:sz w:val="28"/>
          <w:szCs w:val="28"/>
          <w:lang w:val="ru-RU"/>
        </w:rPr>
        <w:t xml:space="preserve">: </w:t>
      </w:r>
      <w:r w:rsidRPr="00A84A57">
        <w:rPr>
          <w:sz w:val="28"/>
          <w:szCs w:val="28"/>
        </w:rPr>
        <w:t>Language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and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Manipulation</w:t>
      </w:r>
      <w:r w:rsidRPr="00A84A57">
        <w:rPr>
          <w:sz w:val="28"/>
          <w:szCs w:val="28"/>
          <w:lang w:val="ru-RU"/>
        </w:rPr>
        <w:t xml:space="preserve">» та </w:t>
      </w:r>
      <w:proofErr w:type="spellStart"/>
      <w:r w:rsidRPr="00A84A57">
        <w:rPr>
          <w:sz w:val="28"/>
          <w:szCs w:val="28"/>
          <w:lang w:val="ru-RU"/>
        </w:rPr>
        <w:t>проводилося</w:t>
      </w:r>
      <w:proofErr w:type="spellEnd"/>
      <w:r w:rsidRPr="00A84A57">
        <w:rPr>
          <w:sz w:val="28"/>
          <w:szCs w:val="28"/>
          <w:lang w:val="ru-RU"/>
        </w:rPr>
        <w:t xml:space="preserve"> на </w:t>
      </w:r>
      <w:proofErr w:type="spellStart"/>
      <w:r w:rsidRPr="00A84A57">
        <w:rPr>
          <w:sz w:val="28"/>
          <w:szCs w:val="28"/>
          <w:lang w:val="ru-RU"/>
        </w:rPr>
        <w:t>основі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матеріалів</w:t>
      </w:r>
      <w:proofErr w:type="spellEnd"/>
      <w:r w:rsidRPr="00A84A57">
        <w:rPr>
          <w:sz w:val="28"/>
          <w:szCs w:val="28"/>
          <w:lang w:val="ru-RU"/>
        </w:rPr>
        <w:t xml:space="preserve"> документального </w:t>
      </w:r>
      <w:proofErr w:type="spellStart"/>
      <w:r w:rsidRPr="00A84A57">
        <w:rPr>
          <w:sz w:val="28"/>
          <w:szCs w:val="28"/>
          <w:lang w:val="ru-RU"/>
        </w:rPr>
        <w:t>фільму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The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Social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Dilemma</w:t>
      </w:r>
      <w:r w:rsidRPr="00A84A57">
        <w:rPr>
          <w:sz w:val="28"/>
          <w:szCs w:val="28"/>
          <w:lang w:val="ru-RU"/>
        </w:rPr>
        <w:t xml:space="preserve"> (2020). </w:t>
      </w:r>
      <w:proofErr w:type="spellStart"/>
      <w:r w:rsidRPr="00A84A57">
        <w:rPr>
          <w:sz w:val="28"/>
          <w:szCs w:val="28"/>
          <w:lang w:val="ru-RU"/>
        </w:rPr>
        <w:t>Студенти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досліджували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механізми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мовного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візуального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впливу</w:t>
      </w:r>
      <w:proofErr w:type="spellEnd"/>
      <w:r w:rsidRPr="00A84A57">
        <w:rPr>
          <w:sz w:val="28"/>
          <w:szCs w:val="28"/>
          <w:lang w:val="ru-RU"/>
        </w:rPr>
        <w:t xml:space="preserve"> в </w:t>
      </w:r>
      <w:proofErr w:type="spellStart"/>
      <w:r w:rsidRPr="00A84A57">
        <w:rPr>
          <w:sz w:val="28"/>
          <w:szCs w:val="28"/>
          <w:lang w:val="ru-RU"/>
        </w:rPr>
        <w:t>сучасному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інформаційному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просторі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аналізували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засоби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маніпуляції</w:t>
      </w:r>
      <w:proofErr w:type="spellEnd"/>
      <w:r w:rsidRPr="00A84A57">
        <w:rPr>
          <w:sz w:val="28"/>
          <w:szCs w:val="28"/>
          <w:lang w:val="ru-RU"/>
        </w:rPr>
        <w:t xml:space="preserve"> в </w:t>
      </w:r>
      <w:proofErr w:type="spellStart"/>
      <w:r w:rsidRPr="00A84A57">
        <w:rPr>
          <w:sz w:val="28"/>
          <w:szCs w:val="28"/>
          <w:lang w:val="ru-RU"/>
        </w:rPr>
        <w:t>соціальних</w:t>
      </w:r>
      <w:proofErr w:type="spellEnd"/>
      <w:r w:rsidRPr="00A84A57">
        <w:rPr>
          <w:sz w:val="28"/>
          <w:szCs w:val="28"/>
          <w:lang w:val="ru-RU"/>
        </w:rPr>
        <w:t xml:space="preserve"> мережах і </w:t>
      </w:r>
      <w:proofErr w:type="spellStart"/>
      <w:r w:rsidRPr="00A84A57">
        <w:rPr>
          <w:sz w:val="28"/>
          <w:szCs w:val="28"/>
          <w:lang w:val="ru-RU"/>
        </w:rPr>
        <w:t>цифрових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медіа</w:t>
      </w:r>
      <w:proofErr w:type="spellEnd"/>
      <w:r w:rsidRPr="00A84A57">
        <w:rPr>
          <w:sz w:val="28"/>
          <w:szCs w:val="28"/>
          <w:lang w:val="ru-RU"/>
        </w:rPr>
        <w:t xml:space="preserve">. </w:t>
      </w:r>
      <w:proofErr w:type="spellStart"/>
      <w:r w:rsidRPr="00A84A57">
        <w:rPr>
          <w:sz w:val="28"/>
          <w:szCs w:val="28"/>
          <w:lang w:val="ru-RU"/>
        </w:rPr>
        <w:t>Обговорення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сприяло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розвитку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медіаграмотності</w:t>
      </w:r>
      <w:proofErr w:type="spellEnd"/>
      <w:r w:rsidRPr="00A84A57">
        <w:rPr>
          <w:sz w:val="28"/>
          <w:szCs w:val="28"/>
          <w:lang w:val="ru-RU"/>
        </w:rPr>
        <w:t xml:space="preserve">, критичного </w:t>
      </w:r>
      <w:proofErr w:type="spellStart"/>
      <w:r w:rsidRPr="00A84A57">
        <w:rPr>
          <w:sz w:val="28"/>
          <w:szCs w:val="28"/>
          <w:lang w:val="ru-RU"/>
        </w:rPr>
        <w:t>сприйняття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інформації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вміння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аналізувати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засоби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впливу</w:t>
      </w:r>
      <w:proofErr w:type="spellEnd"/>
      <w:r w:rsidRPr="00A84A57">
        <w:rPr>
          <w:sz w:val="28"/>
          <w:szCs w:val="28"/>
          <w:lang w:val="ru-RU"/>
        </w:rPr>
        <w:t xml:space="preserve"> на </w:t>
      </w:r>
      <w:proofErr w:type="spellStart"/>
      <w:r w:rsidRPr="00A84A57">
        <w:rPr>
          <w:sz w:val="28"/>
          <w:szCs w:val="28"/>
          <w:lang w:val="ru-RU"/>
        </w:rPr>
        <w:t>аудиторію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6FB9EC73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</w:rPr>
        <w:t xml:space="preserve">1 </w:t>
      </w:r>
      <w:proofErr w:type="spellStart"/>
      <w:r w:rsidRPr="00A84A57">
        <w:rPr>
          <w:sz w:val="28"/>
          <w:szCs w:val="28"/>
        </w:rPr>
        <w:t>грудня</w:t>
      </w:r>
      <w:proofErr w:type="spellEnd"/>
      <w:r w:rsidRPr="00A84A57">
        <w:rPr>
          <w:sz w:val="28"/>
          <w:szCs w:val="28"/>
        </w:rPr>
        <w:t xml:space="preserve"> 2025 </w:t>
      </w:r>
      <w:proofErr w:type="spellStart"/>
      <w:r w:rsidRPr="00A84A57">
        <w:rPr>
          <w:sz w:val="28"/>
          <w:szCs w:val="28"/>
        </w:rPr>
        <w:t>року</w:t>
      </w:r>
      <w:proofErr w:type="spellEnd"/>
      <w:r w:rsidRPr="00A84A57">
        <w:rPr>
          <w:sz w:val="28"/>
          <w:szCs w:val="28"/>
        </w:rPr>
        <w:t xml:space="preserve"> відбулося засідання на тему «Translation and Interpretation». </w:t>
      </w:r>
      <w:proofErr w:type="spellStart"/>
      <w:r w:rsidRPr="00A84A57">
        <w:rPr>
          <w:sz w:val="28"/>
          <w:szCs w:val="28"/>
          <w:lang w:val="ru-RU"/>
        </w:rPr>
        <w:t>Матеріалом</w:t>
      </w:r>
      <w:proofErr w:type="spellEnd"/>
      <w:r w:rsidRPr="00A84A57">
        <w:rPr>
          <w:sz w:val="28"/>
          <w:szCs w:val="28"/>
          <w:lang w:val="ru-RU"/>
        </w:rPr>
        <w:t xml:space="preserve"> для </w:t>
      </w:r>
      <w:proofErr w:type="spellStart"/>
      <w:r w:rsidRPr="00A84A57">
        <w:rPr>
          <w:sz w:val="28"/>
          <w:szCs w:val="28"/>
          <w:lang w:val="ru-RU"/>
        </w:rPr>
        <w:t>обговорення</w:t>
      </w:r>
      <w:proofErr w:type="spellEnd"/>
      <w:r w:rsidRPr="00A84A57">
        <w:rPr>
          <w:sz w:val="28"/>
          <w:szCs w:val="28"/>
          <w:lang w:val="ru-RU"/>
        </w:rPr>
        <w:t xml:space="preserve"> став </w:t>
      </w:r>
      <w:proofErr w:type="spellStart"/>
      <w:r w:rsidRPr="00A84A57">
        <w:rPr>
          <w:sz w:val="28"/>
          <w:szCs w:val="28"/>
          <w:lang w:val="ru-RU"/>
        </w:rPr>
        <w:t>фільм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Arrival</w:t>
      </w:r>
      <w:r w:rsidRPr="00A84A57">
        <w:rPr>
          <w:sz w:val="28"/>
          <w:szCs w:val="28"/>
          <w:lang w:val="ru-RU"/>
        </w:rPr>
        <w:t xml:space="preserve"> (2016). </w:t>
      </w:r>
      <w:proofErr w:type="spellStart"/>
      <w:r w:rsidRPr="00A84A57">
        <w:rPr>
          <w:sz w:val="28"/>
          <w:szCs w:val="28"/>
          <w:lang w:val="ru-RU"/>
        </w:rPr>
        <w:t>Студенти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підготували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тематичні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презентації</w:t>
      </w:r>
      <w:proofErr w:type="spellEnd"/>
      <w:r w:rsidRPr="00A84A57">
        <w:rPr>
          <w:sz w:val="28"/>
          <w:szCs w:val="28"/>
          <w:lang w:val="ru-RU"/>
        </w:rPr>
        <w:t xml:space="preserve"> та взяли участь у </w:t>
      </w:r>
      <w:proofErr w:type="spellStart"/>
      <w:r w:rsidRPr="00A84A57">
        <w:rPr>
          <w:sz w:val="28"/>
          <w:szCs w:val="28"/>
          <w:lang w:val="ru-RU"/>
        </w:rPr>
        <w:t>дискусії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щодо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особливостей</w:t>
      </w:r>
      <w:proofErr w:type="spellEnd"/>
      <w:r w:rsidRPr="00A84A57">
        <w:rPr>
          <w:sz w:val="28"/>
          <w:szCs w:val="28"/>
          <w:lang w:val="ru-RU"/>
        </w:rPr>
        <w:t xml:space="preserve"> перекладу й </w:t>
      </w:r>
      <w:proofErr w:type="spellStart"/>
      <w:r w:rsidRPr="00A84A57">
        <w:rPr>
          <w:sz w:val="28"/>
          <w:szCs w:val="28"/>
          <w:lang w:val="ru-RU"/>
        </w:rPr>
        <w:t>усного</w:t>
      </w:r>
      <w:proofErr w:type="spellEnd"/>
      <w:r w:rsidRPr="00A84A57">
        <w:rPr>
          <w:sz w:val="28"/>
          <w:szCs w:val="28"/>
          <w:lang w:val="ru-RU"/>
        </w:rPr>
        <w:t xml:space="preserve"> перекладу, проблем </w:t>
      </w:r>
      <w:proofErr w:type="spellStart"/>
      <w:r w:rsidRPr="00A84A57">
        <w:rPr>
          <w:sz w:val="28"/>
          <w:szCs w:val="28"/>
          <w:lang w:val="ru-RU"/>
        </w:rPr>
        <w:t>передачі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значення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між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різними</w:t>
      </w:r>
      <w:proofErr w:type="spellEnd"/>
      <w:r w:rsidRPr="00A84A57">
        <w:rPr>
          <w:sz w:val="28"/>
          <w:szCs w:val="28"/>
          <w:lang w:val="ru-RU"/>
        </w:rPr>
        <w:t xml:space="preserve"> мовами та культурами, </w:t>
      </w:r>
      <w:proofErr w:type="spellStart"/>
      <w:r w:rsidRPr="00A84A57">
        <w:rPr>
          <w:sz w:val="28"/>
          <w:szCs w:val="28"/>
          <w:lang w:val="ru-RU"/>
        </w:rPr>
        <w:t>ролі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перекладача</w:t>
      </w:r>
      <w:proofErr w:type="spellEnd"/>
      <w:r w:rsidRPr="00A84A57">
        <w:rPr>
          <w:sz w:val="28"/>
          <w:szCs w:val="28"/>
          <w:lang w:val="ru-RU"/>
        </w:rPr>
        <w:t xml:space="preserve"> в </w:t>
      </w:r>
      <w:proofErr w:type="spellStart"/>
      <w:r w:rsidRPr="00A84A57">
        <w:rPr>
          <w:sz w:val="28"/>
          <w:szCs w:val="28"/>
          <w:lang w:val="ru-RU"/>
        </w:rPr>
        <w:t>забезпеченні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ефективної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міжкультурної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комунікації</w:t>
      </w:r>
      <w:proofErr w:type="spellEnd"/>
      <w:r w:rsidRPr="00A84A57">
        <w:rPr>
          <w:sz w:val="28"/>
          <w:szCs w:val="28"/>
          <w:lang w:val="ru-RU"/>
        </w:rPr>
        <w:t xml:space="preserve">. </w:t>
      </w:r>
      <w:proofErr w:type="spellStart"/>
      <w:r w:rsidRPr="00A84A57">
        <w:rPr>
          <w:sz w:val="28"/>
          <w:szCs w:val="28"/>
          <w:lang w:val="ru-RU"/>
        </w:rPr>
        <w:t>Окрему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увагу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було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приділено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взаємозв’язку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мови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мислення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сприйняття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світу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4AB0E818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lastRenderedPageBreak/>
        <w:t xml:space="preserve">16 березня 2026 року </w:t>
      </w:r>
      <w:proofErr w:type="spellStart"/>
      <w:r w:rsidRPr="00A84A57">
        <w:rPr>
          <w:sz w:val="28"/>
          <w:szCs w:val="28"/>
          <w:lang w:val="ru-RU"/>
        </w:rPr>
        <w:t>було</w:t>
      </w:r>
      <w:proofErr w:type="spellEnd"/>
      <w:r w:rsidRPr="00A84A57">
        <w:rPr>
          <w:sz w:val="28"/>
          <w:szCs w:val="28"/>
          <w:lang w:val="ru-RU"/>
        </w:rPr>
        <w:t xml:space="preserve"> проведено </w:t>
      </w:r>
      <w:proofErr w:type="spellStart"/>
      <w:r w:rsidRPr="00A84A57">
        <w:rPr>
          <w:sz w:val="28"/>
          <w:szCs w:val="28"/>
          <w:lang w:val="ru-RU"/>
        </w:rPr>
        <w:t>засідання</w:t>
      </w:r>
      <w:proofErr w:type="spellEnd"/>
      <w:r w:rsidRPr="00A84A57">
        <w:rPr>
          <w:sz w:val="28"/>
          <w:szCs w:val="28"/>
          <w:lang w:val="ru-RU"/>
        </w:rPr>
        <w:t xml:space="preserve"> «</w:t>
      </w:r>
      <w:r w:rsidRPr="00A84A57">
        <w:rPr>
          <w:sz w:val="28"/>
          <w:szCs w:val="28"/>
        </w:rPr>
        <w:t>Talk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the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Talk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Podcast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Discussion</w:t>
      </w:r>
      <w:r w:rsidRPr="00A84A57">
        <w:rPr>
          <w:sz w:val="28"/>
          <w:szCs w:val="28"/>
          <w:lang w:val="ru-RU"/>
        </w:rPr>
        <w:t xml:space="preserve">». </w:t>
      </w:r>
      <w:proofErr w:type="spellStart"/>
      <w:r w:rsidRPr="00A84A57">
        <w:rPr>
          <w:sz w:val="28"/>
          <w:szCs w:val="28"/>
          <w:lang w:val="ru-RU"/>
        </w:rPr>
        <w:t>Студенти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самостійно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опрацьовували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матеріали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лінгвістичних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подкастів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платформи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Talk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the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Talk</w:t>
      </w:r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готували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презентації</w:t>
      </w:r>
      <w:proofErr w:type="spellEnd"/>
      <w:r w:rsidRPr="00A84A57">
        <w:rPr>
          <w:sz w:val="28"/>
          <w:szCs w:val="28"/>
          <w:lang w:val="ru-RU"/>
        </w:rPr>
        <w:t xml:space="preserve"> за </w:t>
      </w:r>
      <w:proofErr w:type="spellStart"/>
      <w:r w:rsidRPr="00A84A57">
        <w:rPr>
          <w:sz w:val="28"/>
          <w:szCs w:val="28"/>
          <w:lang w:val="ru-RU"/>
        </w:rPr>
        <w:t>обраними</w:t>
      </w:r>
      <w:proofErr w:type="spellEnd"/>
      <w:r w:rsidRPr="00A84A57">
        <w:rPr>
          <w:sz w:val="28"/>
          <w:szCs w:val="28"/>
          <w:lang w:val="ru-RU"/>
        </w:rPr>
        <w:t xml:space="preserve"> темами та представляли </w:t>
      </w:r>
      <w:proofErr w:type="spellStart"/>
      <w:r w:rsidRPr="00A84A57">
        <w:rPr>
          <w:sz w:val="28"/>
          <w:szCs w:val="28"/>
          <w:lang w:val="ru-RU"/>
        </w:rPr>
        <w:t>результати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своєї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роботи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під</w:t>
      </w:r>
      <w:proofErr w:type="spellEnd"/>
      <w:r w:rsidRPr="00A84A57">
        <w:rPr>
          <w:sz w:val="28"/>
          <w:szCs w:val="28"/>
          <w:lang w:val="ru-RU"/>
        </w:rPr>
        <w:t xml:space="preserve"> час </w:t>
      </w:r>
      <w:proofErr w:type="spellStart"/>
      <w:r w:rsidRPr="00A84A57">
        <w:rPr>
          <w:sz w:val="28"/>
          <w:szCs w:val="28"/>
          <w:lang w:val="ru-RU"/>
        </w:rPr>
        <w:t>засідання</w:t>
      </w:r>
      <w:proofErr w:type="spellEnd"/>
      <w:r w:rsidRPr="00A84A57">
        <w:rPr>
          <w:sz w:val="28"/>
          <w:szCs w:val="28"/>
          <w:lang w:val="ru-RU"/>
        </w:rPr>
        <w:t xml:space="preserve">. Подальше </w:t>
      </w:r>
      <w:proofErr w:type="spellStart"/>
      <w:r w:rsidRPr="00A84A57">
        <w:rPr>
          <w:sz w:val="28"/>
          <w:szCs w:val="28"/>
          <w:lang w:val="ru-RU"/>
        </w:rPr>
        <w:t>обговорення</w:t>
      </w:r>
      <w:proofErr w:type="spellEnd"/>
      <w:r w:rsidRPr="00A84A57">
        <w:rPr>
          <w:sz w:val="28"/>
          <w:szCs w:val="28"/>
          <w:lang w:val="ru-RU"/>
        </w:rPr>
        <w:t xml:space="preserve"> дало </w:t>
      </w:r>
      <w:proofErr w:type="spellStart"/>
      <w:r w:rsidRPr="00A84A57">
        <w:rPr>
          <w:sz w:val="28"/>
          <w:szCs w:val="28"/>
          <w:lang w:val="ru-RU"/>
        </w:rPr>
        <w:t>змогу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розглянути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актуальні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питання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сучасної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лінгвістики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сприяло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розвитку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навичок</w:t>
      </w:r>
      <w:proofErr w:type="spellEnd"/>
      <w:r w:rsidRPr="00A84A57">
        <w:rPr>
          <w:sz w:val="28"/>
          <w:szCs w:val="28"/>
          <w:lang w:val="ru-RU"/>
        </w:rPr>
        <w:t xml:space="preserve"> критичного </w:t>
      </w:r>
      <w:proofErr w:type="spellStart"/>
      <w:r w:rsidRPr="00A84A57">
        <w:rPr>
          <w:sz w:val="28"/>
          <w:szCs w:val="28"/>
          <w:lang w:val="ru-RU"/>
        </w:rPr>
        <w:t>слухання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узагальнення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інформації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академічного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говоріння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аргументованої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дискусії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7FC4C558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t xml:space="preserve">13 </w:t>
      </w:r>
      <w:proofErr w:type="spellStart"/>
      <w:r w:rsidRPr="00A84A57">
        <w:rPr>
          <w:sz w:val="28"/>
          <w:szCs w:val="28"/>
          <w:lang w:val="ru-RU"/>
        </w:rPr>
        <w:t>квітня</w:t>
      </w:r>
      <w:proofErr w:type="spellEnd"/>
      <w:r w:rsidRPr="00A84A57">
        <w:rPr>
          <w:sz w:val="28"/>
          <w:szCs w:val="28"/>
          <w:lang w:val="ru-RU"/>
        </w:rPr>
        <w:t xml:space="preserve"> 2026 року </w:t>
      </w:r>
      <w:proofErr w:type="spellStart"/>
      <w:r w:rsidRPr="00A84A57">
        <w:rPr>
          <w:sz w:val="28"/>
          <w:szCs w:val="28"/>
          <w:lang w:val="ru-RU"/>
        </w:rPr>
        <w:t>засідання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було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присвячено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темі</w:t>
      </w:r>
      <w:proofErr w:type="spellEnd"/>
      <w:r w:rsidRPr="00A84A57">
        <w:rPr>
          <w:sz w:val="28"/>
          <w:szCs w:val="28"/>
          <w:lang w:val="ru-RU"/>
        </w:rPr>
        <w:t xml:space="preserve"> «</w:t>
      </w:r>
      <w:r w:rsidRPr="00A84A57">
        <w:rPr>
          <w:sz w:val="28"/>
          <w:szCs w:val="28"/>
        </w:rPr>
        <w:t>Culture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Shock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and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Language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Barriers</w:t>
      </w:r>
      <w:r w:rsidRPr="00A84A57">
        <w:rPr>
          <w:sz w:val="28"/>
          <w:szCs w:val="28"/>
          <w:lang w:val="ru-RU"/>
        </w:rPr>
        <w:t xml:space="preserve">» на </w:t>
      </w:r>
      <w:proofErr w:type="spellStart"/>
      <w:r w:rsidRPr="00A84A57">
        <w:rPr>
          <w:sz w:val="28"/>
          <w:szCs w:val="28"/>
          <w:lang w:val="ru-RU"/>
        </w:rPr>
        <w:t>матеріалі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фільму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Lost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in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Translation</w:t>
      </w:r>
      <w:r w:rsidRPr="00A84A57">
        <w:rPr>
          <w:sz w:val="28"/>
          <w:szCs w:val="28"/>
          <w:lang w:val="ru-RU"/>
        </w:rPr>
        <w:t xml:space="preserve"> (2003). </w:t>
      </w:r>
      <w:proofErr w:type="spellStart"/>
      <w:r w:rsidRPr="00A84A57">
        <w:rPr>
          <w:sz w:val="28"/>
          <w:szCs w:val="28"/>
          <w:lang w:val="ru-RU"/>
        </w:rPr>
        <w:t>Учасники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аналізували</w:t>
      </w:r>
      <w:proofErr w:type="spellEnd"/>
      <w:r w:rsidRPr="00A84A57">
        <w:rPr>
          <w:sz w:val="28"/>
          <w:szCs w:val="28"/>
          <w:lang w:val="ru-RU"/>
        </w:rPr>
        <w:t xml:space="preserve"> прояви культурного шоку, </w:t>
      </w:r>
      <w:proofErr w:type="spellStart"/>
      <w:r w:rsidRPr="00A84A57">
        <w:rPr>
          <w:sz w:val="28"/>
          <w:szCs w:val="28"/>
          <w:lang w:val="ru-RU"/>
        </w:rPr>
        <w:t>мовні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культурні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бар’єри</w:t>
      </w:r>
      <w:proofErr w:type="spellEnd"/>
      <w:r w:rsidRPr="00A84A57">
        <w:rPr>
          <w:sz w:val="28"/>
          <w:szCs w:val="28"/>
          <w:lang w:val="ru-RU"/>
        </w:rPr>
        <w:t xml:space="preserve">, причини </w:t>
      </w:r>
      <w:proofErr w:type="spellStart"/>
      <w:r w:rsidRPr="00A84A57">
        <w:rPr>
          <w:sz w:val="28"/>
          <w:szCs w:val="28"/>
          <w:lang w:val="ru-RU"/>
        </w:rPr>
        <w:t>комунікативних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невдач</w:t>
      </w:r>
      <w:proofErr w:type="spellEnd"/>
      <w:r w:rsidRPr="00A84A57">
        <w:rPr>
          <w:sz w:val="28"/>
          <w:szCs w:val="28"/>
          <w:lang w:val="ru-RU"/>
        </w:rPr>
        <w:t xml:space="preserve"> у </w:t>
      </w:r>
      <w:proofErr w:type="spellStart"/>
      <w:r w:rsidRPr="00A84A57">
        <w:rPr>
          <w:sz w:val="28"/>
          <w:szCs w:val="28"/>
          <w:lang w:val="ru-RU"/>
        </w:rPr>
        <w:t>міжкультурному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середовищі</w:t>
      </w:r>
      <w:proofErr w:type="spellEnd"/>
      <w:r w:rsidRPr="00A84A57">
        <w:rPr>
          <w:sz w:val="28"/>
          <w:szCs w:val="28"/>
          <w:lang w:val="ru-RU"/>
        </w:rPr>
        <w:t xml:space="preserve">. </w:t>
      </w:r>
      <w:proofErr w:type="spellStart"/>
      <w:r w:rsidRPr="00A84A57">
        <w:rPr>
          <w:sz w:val="28"/>
          <w:szCs w:val="28"/>
          <w:lang w:val="ru-RU"/>
        </w:rPr>
        <w:t>Студенти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обговорювали</w:t>
      </w:r>
      <w:proofErr w:type="spellEnd"/>
      <w:r w:rsidRPr="00A84A57">
        <w:rPr>
          <w:sz w:val="28"/>
          <w:szCs w:val="28"/>
          <w:lang w:val="ru-RU"/>
        </w:rPr>
        <w:t xml:space="preserve"> роль </w:t>
      </w:r>
      <w:proofErr w:type="spellStart"/>
      <w:r w:rsidRPr="00A84A57">
        <w:rPr>
          <w:sz w:val="28"/>
          <w:szCs w:val="28"/>
          <w:lang w:val="ru-RU"/>
        </w:rPr>
        <w:t>мовної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компетентності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культурної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обізнаності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толерантності</w:t>
      </w:r>
      <w:proofErr w:type="spellEnd"/>
      <w:r w:rsidRPr="00A84A57">
        <w:rPr>
          <w:sz w:val="28"/>
          <w:szCs w:val="28"/>
          <w:lang w:val="ru-RU"/>
        </w:rPr>
        <w:t xml:space="preserve"> в </w:t>
      </w:r>
      <w:proofErr w:type="spellStart"/>
      <w:r w:rsidRPr="00A84A57">
        <w:rPr>
          <w:sz w:val="28"/>
          <w:szCs w:val="28"/>
          <w:lang w:val="ru-RU"/>
        </w:rPr>
        <w:t>успішній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міжкультурній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комунікації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3AD3BF00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t xml:space="preserve">11 травня 2026 року </w:t>
      </w:r>
      <w:proofErr w:type="spellStart"/>
      <w:r w:rsidRPr="00A84A57">
        <w:rPr>
          <w:sz w:val="28"/>
          <w:szCs w:val="28"/>
          <w:lang w:val="ru-RU"/>
        </w:rPr>
        <w:t>відбулося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засідання</w:t>
      </w:r>
      <w:proofErr w:type="spellEnd"/>
      <w:r w:rsidRPr="00A84A57">
        <w:rPr>
          <w:sz w:val="28"/>
          <w:szCs w:val="28"/>
          <w:lang w:val="ru-RU"/>
        </w:rPr>
        <w:t xml:space="preserve"> на тему «</w:t>
      </w:r>
      <w:r w:rsidRPr="00A84A57">
        <w:rPr>
          <w:sz w:val="28"/>
          <w:szCs w:val="28"/>
        </w:rPr>
        <w:t>Gender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Bias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and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Sexism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in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Language</w:t>
      </w:r>
      <w:r w:rsidRPr="00A84A57">
        <w:rPr>
          <w:sz w:val="28"/>
          <w:szCs w:val="28"/>
          <w:lang w:val="ru-RU"/>
        </w:rPr>
        <w:t xml:space="preserve">», </w:t>
      </w:r>
      <w:proofErr w:type="spellStart"/>
      <w:r w:rsidRPr="00A84A57">
        <w:rPr>
          <w:sz w:val="28"/>
          <w:szCs w:val="28"/>
          <w:lang w:val="ru-RU"/>
        </w:rPr>
        <w:t>підґрунтям</w:t>
      </w:r>
      <w:proofErr w:type="spellEnd"/>
      <w:r w:rsidRPr="00A84A57">
        <w:rPr>
          <w:sz w:val="28"/>
          <w:szCs w:val="28"/>
          <w:lang w:val="ru-RU"/>
        </w:rPr>
        <w:t xml:space="preserve"> для </w:t>
      </w:r>
      <w:proofErr w:type="spellStart"/>
      <w:r w:rsidRPr="00A84A57">
        <w:rPr>
          <w:sz w:val="28"/>
          <w:szCs w:val="28"/>
          <w:lang w:val="ru-RU"/>
        </w:rPr>
        <w:t>якого</w:t>
      </w:r>
      <w:proofErr w:type="spellEnd"/>
      <w:r w:rsidRPr="00A84A57">
        <w:rPr>
          <w:sz w:val="28"/>
          <w:szCs w:val="28"/>
          <w:lang w:val="ru-RU"/>
        </w:rPr>
        <w:t xml:space="preserve"> став </w:t>
      </w:r>
      <w:proofErr w:type="spellStart"/>
      <w:r w:rsidRPr="00A84A57">
        <w:rPr>
          <w:sz w:val="28"/>
          <w:szCs w:val="28"/>
          <w:lang w:val="ru-RU"/>
        </w:rPr>
        <w:t>документальний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фільм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Woman</w:t>
      </w:r>
      <w:r w:rsidRPr="00A84A57">
        <w:rPr>
          <w:sz w:val="28"/>
          <w:szCs w:val="28"/>
          <w:lang w:val="ru-RU"/>
        </w:rPr>
        <w:t xml:space="preserve"> (2019). </w:t>
      </w:r>
      <w:proofErr w:type="spellStart"/>
      <w:r w:rsidRPr="00A84A57">
        <w:rPr>
          <w:sz w:val="28"/>
          <w:szCs w:val="28"/>
          <w:lang w:val="ru-RU"/>
        </w:rPr>
        <w:t>Учасники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досліджували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способи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відображення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гендерних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стереотипів</w:t>
      </w:r>
      <w:proofErr w:type="spellEnd"/>
      <w:r w:rsidRPr="00A84A57">
        <w:rPr>
          <w:sz w:val="28"/>
          <w:szCs w:val="28"/>
          <w:lang w:val="ru-RU"/>
        </w:rPr>
        <w:t xml:space="preserve"> у </w:t>
      </w:r>
      <w:proofErr w:type="spellStart"/>
      <w:r w:rsidRPr="00A84A57">
        <w:rPr>
          <w:sz w:val="28"/>
          <w:szCs w:val="28"/>
          <w:lang w:val="ru-RU"/>
        </w:rPr>
        <w:t>мові</w:t>
      </w:r>
      <w:proofErr w:type="spellEnd"/>
      <w:r w:rsidRPr="00A84A57">
        <w:rPr>
          <w:sz w:val="28"/>
          <w:szCs w:val="28"/>
          <w:lang w:val="ru-RU"/>
        </w:rPr>
        <w:t xml:space="preserve">, прояви </w:t>
      </w:r>
      <w:proofErr w:type="spellStart"/>
      <w:r w:rsidRPr="00A84A57">
        <w:rPr>
          <w:sz w:val="28"/>
          <w:szCs w:val="28"/>
          <w:lang w:val="ru-RU"/>
        </w:rPr>
        <w:t>гендерної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упередженості</w:t>
      </w:r>
      <w:proofErr w:type="spellEnd"/>
      <w:r w:rsidRPr="00A84A57">
        <w:rPr>
          <w:sz w:val="28"/>
          <w:szCs w:val="28"/>
          <w:lang w:val="ru-RU"/>
        </w:rPr>
        <w:t xml:space="preserve"> та сексизму в </w:t>
      </w:r>
      <w:proofErr w:type="spellStart"/>
      <w:r w:rsidRPr="00A84A57">
        <w:rPr>
          <w:sz w:val="28"/>
          <w:szCs w:val="28"/>
          <w:lang w:val="ru-RU"/>
        </w:rPr>
        <w:t>сучасному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дискурсі</w:t>
      </w:r>
      <w:proofErr w:type="spellEnd"/>
      <w:r w:rsidRPr="00A84A57">
        <w:rPr>
          <w:sz w:val="28"/>
          <w:szCs w:val="28"/>
          <w:lang w:val="ru-RU"/>
        </w:rPr>
        <w:t xml:space="preserve">. </w:t>
      </w:r>
      <w:proofErr w:type="spellStart"/>
      <w:r w:rsidRPr="00A84A57">
        <w:rPr>
          <w:sz w:val="28"/>
          <w:szCs w:val="28"/>
          <w:lang w:val="ru-RU"/>
        </w:rPr>
        <w:t>Особливу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увагу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було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приділено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аналізу</w:t>
      </w:r>
      <w:proofErr w:type="spellEnd"/>
      <w:r w:rsidRPr="00A84A57">
        <w:rPr>
          <w:sz w:val="28"/>
          <w:szCs w:val="28"/>
          <w:lang w:val="ru-RU"/>
        </w:rPr>
        <w:t xml:space="preserve"> гендерно </w:t>
      </w:r>
      <w:proofErr w:type="spellStart"/>
      <w:r w:rsidRPr="00A84A57">
        <w:rPr>
          <w:sz w:val="28"/>
          <w:szCs w:val="28"/>
          <w:lang w:val="ru-RU"/>
        </w:rPr>
        <w:t>маркованої</w:t>
      </w:r>
      <w:proofErr w:type="spellEnd"/>
      <w:r w:rsidRPr="00A84A57">
        <w:rPr>
          <w:sz w:val="28"/>
          <w:szCs w:val="28"/>
          <w:lang w:val="ru-RU"/>
        </w:rPr>
        <w:t xml:space="preserve"> та гендерно </w:t>
      </w:r>
      <w:proofErr w:type="spellStart"/>
      <w:r w:rsidRPr="00A84A57">
        <w:rPr>
          <w:sz w:val="28"/>
          <w:szCs w:val="28"/>
          <w:lang w:val="ru-RU"/>
        </w:rPr>
        <w:t>нейтральної</w:t>
      </w:r>
      <w:proofErr w:type="spellEnd"/>
      <w:r w:rsidRPr="00A84A57">
        <w:rPr>
          <w:sz w:val="28"/>
          <w:szCs w:val="28"/>
          <w:lang w:val="ru-RU"/>
        </w:rPr>
        <w:t xml:space="preserve"> лексики, а також </w:t>
      </w:r>
      <w:proofErr w:type="spellStart"/>
      <w:r w:rsidRPr="00A84A57">
        <w:rPr>
          <w:sz w:val="28"/>
          <w:szCs w:val="28"/>
          <w:lang w:val="ru-RU"/>
        </w:rPr>
        <w:t>ролі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мовних</w:t>
      </w:r>
      <w:proofErr w:type="spellEnd"/>
      <w:r w:rsidRPr="00A84A57">
        <w:rPr>
          <w:sz w:val="28"/>
          <w:szCs w:val="28"/>
          <w:lang w:val="ru-RU"/>
        </w:rPr>
        <w:t xml:space="preserve"> практик у </w:t>
      </w:r>
      <w:proofErr w:type="spellStart"/>
      <w:r w:rsidRPr="00A84A57">
        <w:rPr>
          <w:sz w:val="28"/>
          <w:szCs w:val="28"/>
          <w:lang w:val="ru-RU"/>
        </w:rPr>
        <w:t>формуванні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суспільних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уявлень</w:t>
      </w:r>
      <w:proofErr w:type="spellEnd"/>
      <w:r w:rsidRPr="00A84A57">
        <w:rPr>
          <w:sz w:val="28"/>
          <w:szCs w:val="28"/>
          <w:lang w:val="ru-RU"/>
        </w:rPr>
        <w:t xml:space="preserve"> і </w:t>
      </w:r>
      <w:proofErr w:type="spellStart"/>
      <w:r w:rsidRPr="00A84A57">
        <w:rPr>
          <w:sz w:val="28"/>
          <w:szCs w:val="28"/>
          <w:lang w:val="ru-RU"/>
        </w:rPr>
        <w:t>стереотипів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68532A8E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t xml:space="preserve">У </w:t>
      </w:r>
      <w:proofErr w:type="spellStart"/>
      <w:r w:rsidRPr="00A84A57">
        <w:rPr>
          <w:sz w:val="28"/>
          <w:szCs w:val="28"/>
          <w:lang w:val="ru-RU"/>
        </w:rPr>
        <w:t>роботі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впродовж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навчального</w:t>
      </w:r>
      <w:proofErr w:type="spellEnd"/>
      <w:r w:rsidRPr="00A84A57">
        <w:rPr>
          <w:sz w:val="28"/>
          <w:szCs w:val="28"/>
          <w:lang w:val="ru-RU"/>
        </w:rPr>
        <w:t xml:space="preserve"> року </w:t>
      </w:r>
      <w:proofErr w:type="spellStart"/>
      <w:r w:rsidRPr="00A84A57">
        <w:rPr>
          <w:sz w:val="28"/>
          <w:szCs w:val="28"/>
          <w:lang w:val="ru-RU"/>
        </w:rPr>
        <w:t>поєднувалися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різні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форми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діяльності</w:t>
      </w:r>
      <w:proofErr w:type="spellEnd"/>
      <w:r w:rsidRPr="00A84A57">
        <w:rPr>
          <w:sz w:val="28"/>
          <w:szCs w:val="28"/>
          <w:lang w:val="ru-RU"/>
        </w:rPr>
        <w:t xml:space="preserve">: </w:t>
      </w:r>
      <w:proofErr w:type="spellStart"/>
      <w:r w:rsidRPr="00A84A57">
        <w:rPr>
          <w:sz w:val="28"/>
          <w:szCs w:val="28"/>
          <w:lang w:val="ru-RU"/>
        </w:rPr>
        <w:t>тематичні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дискусії</w:t>
      </w:r>
      <w:proofErr w:type="spellEnd"/>
      <w:r w:rsidRPr="00A84A57">
        <w:rPr>
          <w:sz w:val="28"/>
          <w:szCs w:val="28"/>
          <w:lang w:val="ru-RU"/>
        </w:rPr>
        <w:t xml:space="preserve">, перегляд та </w:t>
      </w:r>
      <w:proofErr w:type="spellStart"/>
      <w:r w:rsidRPr="00A84A57">
        <w:rPr>
          <w:sz w:val="28"/>
          <w:szCs w:val="28"/>
          <w:lang w:val="ru-RU"/>
        </w:rPr>
        <w:t>критичний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аналіз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документальних</w:t>
      </w:r>
      <w:proofErr w:type="spellEnd"/>
      <w:r w:rsidRPr="00A84A57">
        <w:rPr>
          <w:sz w:val="28"/>
          <w:szCs w:val="28"/>
          <w:lang w:val="ru-RU"/>
        </w:rPr>
        <w:t xml:space="preserve"> і </w:t>
      </w:r>
      <w:proofErr w:type="spellStart"/>
      <w:r w:rsidRPr="00A84A57">
        <w:rPr>
          <w:sz w:val="28"/>
          <w:szCs w:val="28"/>
          <w:lang w:val="ru-RU"/>
        </w:rPr>
        <w:t>художніх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фільмів</w:t>
      </w:r>
      <w:proofErr w:type="spellEnd"/>
      <w:r w:rsidRPr="00A84A57">
        <w:rPr>
          <w:sz w:val="28"/>
          <w:szCs w:val="28"/>
          <w:lang w:val="ru-RU"/>
        </w:rPr>
        <w:t xml:space="preserve">, робота з подкастами, </w:t>
      </w:r>
      <w:proofErr w:type="spellStart"/>
      <w:r w:rsidRPr="00A84A57">
        <w:rPr>
          <w:sz w:val="28"/>
          <w:szCs w:val="28"/>
          <w:lang w:val="ru-RU"/>
        </w:rPr>
        <w:t>підготовка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студентських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презентацій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обговорення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проблемних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питань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аналіз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конкретних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мовних</w:t>
      </w:r>
      <w:proofErr w:type="spellEnd"/>
      <w:r w:rsidRPr="00A84A57">
        <w:rPr>
          <w:sz w:val="28"/>
          <w:szCs w:val="28"/>
          <w:lang w:val="ru-RU"/>
        </w:rPr>
        <w:t xml:space="preserve"> і </w:t>
      </w:r>
      <w:proofErr w:type="spellStart"/>
      <w:r w:rsidRPr="00A84A57">
        <w:rPr>
          <w:sz w:val="28"/>
          <w:szCs w:val="28"/>
          <w:lang w:val="ru-RU"/>
        </w:rPr>
        <w:t>комунікативних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явищ</w:t>
      </w:r>
      <w:proofErr w:type="spellEnd"/>
      <w:r w:rsidRPr="00A84A57">
        <w:rPr>
          <w:sz w:val="28"/>
          <w:szCs w:val="28"/>
          <w:lang w:val="ru-RU"/>
        </w:rPr>
        <w:t xml:space="preserve">. </w:t>
      </w:r>
      <w:proofErr w:type="spellStart"/>
      <w:r w:rsidRPr="00A84A57">
        <w:rPr>
          <w:sz w:val="28"/>
          <w:szCs w:val="28"/>
          <w:lang w:val="ru-RU"/>
        </w:rPr>
        <w:t>Такий</w:t>
      </w:r>
      <w:proofErr w:type="spellEnd"/>
      <w:r w:rsidRPr="00A84A57">
        <w:rPr>
          <w:sz w:val="28"/>
          <w:szCs w:val="28"/>
          <w:lang w:val="ru-RU"/>
        </w:rPr>
        <w:t xml:space="preserve"> формат дав </w:t>
      </w:r>
      <w:proofErr w:type="spellStart"/>
      <w:r w:rsidRPr="00A84A57">
        <w:rPr>
          <w:sz w:val="28"/>
          <w:szCs w:val="28"/>
          <w:lang w:val="ru-RU"/>
        </w:rPr>
        <w:t>змогу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поєднати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теоретичні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знання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студентів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із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практичним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аналізом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сучасного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англомовного</w:t>
      </w:r>
      <w:proofErr w:type="spellEnd"/>
      <w:r w:rsidRPr="00A84A57">
        <w:rPr>
          <w:sz w:val="28"/>
          <w:szCs w:val="28"/>
          <w:lang w:val="ru-RU"/>
        </w:rPr>
        <w:t xml:space="preserve"> дискурсу.</w:t>
      </w:r>
    </w:p>
    <w:p w14:paraId="59947555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t xml:space="preserve">За результатами </w:t>
      </w:r>
      <w:proofErr w:type="spellStart"/>
      <w:r w:rsidRPr="00A84A57">
        <w:rPr>
          <w:sz w:val="28"/>
          <w:szCs w:val="28"/>
          <w:lang w:val="ru-RU"/>
        </w:rPr>
        <w:t>роботи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студенти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поглибили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знання</w:t>
      </w:r>
      <w:proofErr w:type="spellEnd"/>
      <w:r w:rsidRPr="00A84A57">
        <w:rPr>
          <w:sz w:val="28"/>
          <w:szCs w:val="28"/>
          <w:lang w:val="ru-RU"/>
        </w:rPr>
        <w:t xml:space="preserve"> з </w:t>
      </w:r>
      <w:proofErr w:type="spellStart"/>
      <w:r w:rsidRPr="00A84A57">
        <w:rPr>
          <w:sz w:val="28"/>
          <w:szCs w:val="28"/>
          <w:lang w:val="ru-RU"/>
        </w:rPr>
        <w:t>актуальних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напрямів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сучасної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лінгвістики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удосконалили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навички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пошуку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відбору</w:t>
      </w:r>
      <w:proofErr w:type="spellEnd"/>
      <w:r w:rsidRPr="00A84A57">
        <w:rPr>
          <w:sz w:val="28"/>
          <w:szCs w:val="28"/>
          <w:lang w:val="ru-RU"/>
        </w:rPr>
        <w:t xml:space="preserve"> та критичного </w:t>
      </w:r>
      <w:proofErr w:type="spellStart"/>
      <w:r w:rsidRPr="00A84A57">
        <w:rPr>
          <w:sz w:val="28"/>
          <w:szCs w:val="28"/>
          <w:lang w:val="ru-RU"/>
        </w:rPr>
        <w:t>опрацювання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інформації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підготовки</w:t>
      </w:r>
      <w:proofErr w:type="spellEnd"/>
      <w:r w:rsidRPr="00A84A57">
        <w:rPr>
          <w:sz w:val="28"/>
          <w:szCs w:val="28"/>
          <w:lang w:val="ru-RU"/>
        </w:rPr>
        <w:t xml:space="preserve"> й </w:t>
      </w:r>
      <w:proofErr w:type="spellStart"/>
      <w:r w:rsidRPr="00A84A57">
        <w:rPr>
          <w:sz w:val="28"/>
          <w:szCs w:val="28"/>
          <w:lang w:val="ru-RU"/>
        </w:rPr>
        <w:t>представлення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власних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матеріалів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англійською</w:t>
      </w:r>
      <w:proofErr w:type="spellEnd"/>
      <w:r w:rsidRPr="00A84A57">
        <w:rPr>
          <w:sz w:val="28"/>
          <w:szCs w:val="28"/>
          <w:lang w:val="ru-RU"/>
        </w:rPr>
        <w:t xml:space="preserve"> мовою. Участь у </w:t>
      </w:r>
      <w:proofErr w:type="spellStart"/>
      <w:r w:rsidRPr="00A84A57">
        <w:rPr>
          <w:sz w:val="28"/>
          <w:szCs w:val="28"/>
          <w:lang w:val="ru-RU"/>
        </w:rPr>
        <w:t>дискусіях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сприяла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розвитку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академічного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мовлення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уміння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формулювати</w:t>
      </w:r>
      <w:proofErr w:type="spellEnd"/>
      <w:r w:rsidRPr="00A84A57">
        <w:rPr>
          <w:sz w:val="28"/>
          <w:szCs w:val="28"/>
          <w:lang w:val="ru-RU"/>
        </w:rPr>
        <w:t xml:space="preserve"> й </w:t>
      </w:r>
      <w:proofErr w:type="spellStart"/>
      <w:r w:rsidRPr="00A84A57">
        <w:rPr>
          <w:sz w:val="28"/>
          <w:szCs w:val="28"/>
          <w:lang w:val="ru-RU"/>
        </w:rPr>
        <w:t>аргументувати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власну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позицію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реагувати</w:t>
      </w:r>
      <w:proofErr w:type="spellEnd"/>
      <w:r w:rsidRPr="00A84A57">
        <w:rPr>
          <w:sz w:val="28"/>
          <w:szCs w:val="28"/>
          <w:lang w:val="ru-RU"/>
        </w:rPr>
        <w:t xml:space="preserve"> на </w:t>
      </w:r>
      <w:proofErr w:type="spellStart"/>
      <w:r w:rsidRPr="00A84A57">
        <w:rPr>
          <w:sz w:val="28"/>
          <w:szCs w:val="28"/>
          <w:lang w:val="ru-RU"/>
        </w:rPr>
        <w:t>альтернативні</w:t>
      </w:r>
      <w:proofErr w:type="spellEnd"/>
      <w:r w:rsidRPr="00A84A57">
        <w:rPr>
          <w:sz w:val="28"/>
          <w:szCs w:val="28"/>
          <w:lang w:val="ru-RU"/>
        </w:rPr>
        <w:t xml:space="preserve"> погляди та </w:t>
      </w:r>
      <w:proofErr w:type="spellStart"/>
      <w:r w:rsidRPr="00A84A57">
        <w:rPr>
          <w:sz w:val="28"/>
          <w:szCs w:val="28"/>
          <w:lang w:val="ru-RU"/>
        </w:rPr>
        <w:t>використовувати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англійську</w:t>
      </w:r>
      <w:proofErr w:type="spellEnd"/>
      <w:r w:rsidRPr="00A84A57">
        <w:rPr>
          <w:sz w:val="28"/>
          <w:szCs w:val="28"/>
          <w:lang w:val="ru-RU"/>
        </w:rPr>
        <w:t xml:space="preserve"> мову як </w:t>
      </w:r>
      <w:proofErr w:type="spellStart"/>
      <w:r w:rsidRPr="00A84A57">
        <w:rPr>
          <w:sz w:val="28"/>
          <w:szCs w:val="28"/>
          <w:lang w:val="ru-RU"/>
        </w:rPr>
        <w:t>інструмент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наукової</w:t>
      </w:r>
      <w:proofErr w:type="spellEnd"/>
      <w:r w:rsidRPr="00A84A57">
        <w:rPr>
          <w:sz w:val="28"/>
          <w:szCs w:val="28"/>
          <w:lang w:val="ru-RU"/>
        </w:rPr>
        <w:t xml:space="preserve"> й </w:t>
      </w:r>
      <w:proofErr w:type="spellStart"/>
      <w:r w:rsidRPr="00A84A57">
        <w:rPr>
          <w:sz w:val="28"/>
          <w:szCs w:val="28"/>
          <w:lang w:val="ru-RU"/>
        </w:rPr>
        <w:t>професійної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комунікації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2F661F5D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proofErr w:type="spellStart"/>
      <w:r w:rsidRPr="00A84A57">
        <w:rPr>
          <w:sz w:val="28"/>
          <w:szCs w:val="28"/>
          <w:lang w:val="ru-RU"/>
        </w:rPr>
        <w:t>Особливе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значення</w:t>
      </w:r>
      <w:proofErr w:type="spellEnd"/>
      <w:r w:rsidRPr="00A84A57">
        <w:rPr>
          <w:sz w:val="28"/>
          <w:szCs w:val="28"/>
          <w:lang w:val="ru-RU"/>
        </w:rPr>
        <w:t xml:space="preserve"> мала </w:t>
      </w:r>
      <w:proofErr w:type="spellStart"/>
      <w:r w:rsidRPr="00A84A57">
        <w:rPr>
          <w:sz w:val="28"/>
          <w:szCs w:val="28"/>
          <w:lang w:val="ru-RU"/>
        </w:rPr>
        <w:t>міждисциплінарна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спрямованість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роботи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. Тематика </w:t>
      </w:r>
      <w:proofErr w:type="spellStart"/>
      <w:r w:rsidRPr="00A84A57">
        <w:rPr>
          <w:sz w:val="28"/>
          <w:szCs w:val="28"/>
          <w:lang w:val="ru-RU"/>
        </w:rPr>
        <w:t>засідань</w:t>
      </w:r>
      <w:proofErr w:type="spellEnd"/>
      <w:r w:rsidRPr="00A84A57">
        <w:rPr>
          <w:sz w:val="28"/>
          <w:szCs w:val="28"/>
          <w:lang w:val="ru-RU"/>
        </w:rPr>
        <w:t xml:space="preserve"> дозволила </w:t>
      </w:r>
      <w:proofErr w:type="spellStart"/>
      <w:r w:rsidRPr="00A84A57">
        <w:rPr>
          <w:sz w:val="28"/>
          <w:szCs w:val="28"/>
          <w:lang w:val="ru-RU"/>
        </w:rPr>
        <w:t>розглядати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мовні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явища</w:t>
      </w:r>
      <w:proofErr w:type="spellEnd"/>
      <w:r w:rsidRPr="00A84A57">
        <w:rPr>
          <w:sz w:val="28"/>
          <w:szCs w:val="28"/>
          <w:lang w:val="ru-RU"/>
        </w:rPr>
        <w:t xml:space="preserve"> у </w:t>
      </w:r>
      <w:proofErr w:type="spellStart"/>
      <w:r w:rsidRPr="00A84A57">
        <w:rPr>
          <w:sz w:val="28"/>
          <w:szCs w:val="28"/>
          <w:lang w:val="ru-RU"/>
        </w:rPr>
        <w:t>взаємозв’язку</w:t>
      </w:r>
      <w:proofErr w:type="spellEnd"/>
      <w:r w:rsidRPr="00A84A57">
        <w:rPr>
          <w:sz w:val="28"/>
          <w:szCs w:val="28"/>
          <w:lang w:val="ru-RU"/>
        </w:rPr>
        <w:t xml:space="preserve"> з культурою, </w:t>
      </w:r>
      <w:proofErr w:type="spellStart"/>
      <w:r w:rsidRPr="00A84A57">
        <w:rPr>
          <w:sz w:val="28"/>
          <w:szCs w:val="28"/>
          <w:lang w:val="ru-RU"/>
        </w:rPr>
        <w:t>суспільством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медіа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цифровими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технологіями</w:t>
      </w:r>
      <w:proofErr w:type="spellEnd"/>
      <w:r w:rsidRPr="00A84A57">
        <w:rPr>
          <w:sz w:val="28"/>
          <w:szCs w:val="28"/>
          <w:lang w:val="ru-RU"/>
        </w:rPr>
        <w:t xml:space="preserve">, перекладом, </w:t>
      </w:r>
      <w:proofErr w:type="spellStart"/>
      <w:r w:rsidRPr="00A84A57">
        <w:rPr>
          <w:sz w:val="28"/>
          <w:szCs w:val="28"/>
          <w:lang w:val="ru-RU"/>
        </w:rPr>
        <w:t>гендерними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питаннями</w:t>
      </w:r>
      <w:proofErr w:type="spellEnd"/>
      <w:r w:rsidRPr="00A84A57">
        <w:rPr>
          <w:sz w:val="28"/>
          <w:szCs w:val="28"/>
          <w:lang w:val="ru-RU"/>
        </w:rPr>
        <w:t xml:space="preserve"> та проблемами </w:t>
      </w:r>
      <w:proofErr w:type="spellStart"/>
      <w:r w:rsidRPr="00A84A57">
        <w:rPr>
          <w:sz w:val="28"/>
          <w:szCs w:val="28"/>
          <w:lang w:val="ru-RU"/>
        </w:rPr>
        <w:t>збереження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мовного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різноманіття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7BCDF252" w14:textId="77777777" w:rsidR="006240A5" w:rsidRPr="00A84A57" w:rsidRDefault="00000000" w:rsidP="00A84A57">
      <w:pPr>
        <w:spacing w:after="80" w:line="240" w:lineRule="auto"/>
        <w:ind w:firstLine="709"/>
        <w:jc w:val="both"/>
        <w:rPr>
          <w:sz w:val="28"/>
          <w:szCs w:val="28"/>
          <w:lang w:val="ru-RU"/>
        </w:rPr>
      </w:pPr>
      <w:r w:rsidRPr="00A84A57">
        <w:rPr>
          <w:sz w:val="28"/>
          <w:szCs w:val="28"/>
          <w:lang w:val="ru-RU"/>
        </w:rPr>
        <w:t xml:space="preserve">Таким чином, </w:t>
      </w:r>
      <w:proofErr w:type="spellStart"/>
      <w:r w:rsidRPr="00A84A57">
        <w:rPr>
          <w:sz w:val="28"/>
          <w:szCs w:val="28"/>
          <w:lang w:val="ru-RU"/>
        </w:rPr>
        <w:t>заплановану</w:t>
      </w:r>
      <w:proofErr w:type="spellEnd"/>
      <w:r w:rsidRPr="00A84A57">
        <w:rPr>
          <w:sz w:val="28"/>
          <w:szCs w:val="28"/>
          <w:lang w:val="ru-RU"/>
        </w:rPr>
        <w:t xml:space="preserve"> на 2025–2026 </w:t>
      </w:r>
      <w:proofErr w:type="spellStart"/>
      <w:r w:rsidRPr="00A84A57">
        <w:rPr>
          <w:sz w:val="28"/>
          <w:szCs w:val="28"/>
          <w:lang w:val="ru-RU"/>
        </w:rPr>
        <w:t>навчальний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рік</w:t>
      </w:r>
      <w:proofErr w:type="spellEnd"/>
      <w:r w:rsidRPr="00A84A57">
        <w:rPr>
          <w:sz w:val="28"/>
          <w:szCs w:val="28"/>
          <w:lang w:val="ru-RU"/>
        </w:rPr>
        <w:t xml:space="preserve"> роботу </w:t>
      </w:r>
      <w:proofErr w:type="spellStart"/>
      <w:r w:rsidRPr="00A84A57">
        <w:rPr>
          <w:sz w:val="28"/>
          <w:szCs w:val="28"/>
          <w:lang w:val="ru-RU"/>
        </w:rPr>
        <w:t>наукового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 «</w:t>
      </w:r>
      <w:r w:rsidRPr="00A84A57">
        <w:rPr>
          <w:sz w:val="28"/>
          <w:szCs w:val="28"/>
        </w:rPr>
        <w:t>PER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LINGUA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AD</w:t>
      </w:r>
      <w:r w:rsidRPr="00A84A57">
        <w:rPr>
          <w:sz w:val="28"/>
          <w:szCs w:val="28"/>
          <w:lang w:val="ru-RU"/>
        </w:rPr>
        <w:t xml:space="preserve"> </w:t>
      </w:r>
      <w:r w:rsidRPr="00A84A57">
        <w:rPr>
          <w:sz w:val="28"/>
          <w:szCs w:val="28"/>
        </w:rPr>
        <w:t>ASTRA</w:t>
      </w:r>
      <w:r w:rsidRPr="00A84A57">
        <w:rPr>
          <w:sz w:val="28"/>
          <w:szCs w:val="28"/>
          <w:lang w:val="ru-RU"/>
        </w:rPr>
        <w:t xml:space="preserve">» </w:t>
      </w:r>
      <w:proofErr w:type="spellStart"/>
      <w:r w:rsidRPr="00A84A57">
        <w:rPr>
          <w:sz w:val="28"/>
          <w:szCs w:val="28"/>
          <w:lang w:val="ru-RU"/>
        </w:rPr>
        <w:t>виконано</w:t>
      </w:r>
      <w:proofErr w:type="spellEnd"/>
      <w:r w:rsidRPr="00A84A57">
        <w:rPr>
          <w:sz w:val="28"/>
          <w:szCs w:val="28"/>
          <w:lang w:val="ru-RU"/>
        </w:rPr>
        <w:t xml:space="preserve">. </w:t>
      </w:r>
      <w:proofErr w:type="spellStart"/>
      <w:r w:rsidRPr="00A84A57">
        <w:rPr>
          <w:sz w:val="28"/>
          <w:szCs w:val="28"/>
          <w:lang w:val="ru-RU"/>
        </w:rPr>
        <w:t>Діяльність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гуртка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сприяла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розвитку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науково-дослідницьких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комунікативних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аналітичних</w:t>
      </w:r>
      <w:proofErr w:type="spellEnd"/>
      <w:r w:rsidRPr="00A84A57">
        <w:rPr>
          <w:sz w:val="28"/>
          <w:szCs w:val="28"/>
          <w:lang w:val="ru-RU"/>
        </w:rPr>
        <w:t xml:space="preserve"> компетентностей </w:t>
      </w:r>
      <w:proofErr w:type="spellStart"/>
      <w:r w:rsidRPr="00A84A57">
        <w:rPr>
          <w:sz w:val="28"/>
          <w:szCs w:val="28"/>
          <w:lang w:val="ru-RU"/>
        </w:rPr>
        <w:lastRenderedPageBreak/>
        <w:t>студентів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формуванню</w:t>
      </w:r>
      <w:proofErr w:type="spellEnd"/>
      <w:r w:rsidRPr="00A84A57">
        <w:rPr>
          <w:sz w:val="28"/>
          <w:szCs w:val="28"/>
          <w:lang w:val="ru-RU"/>
        </w:rPr>
        <w:t xml:space="preserve"> критичного </w:t>
      </w:r>
      <w:proofErr w:type="spellStart"/>
      <w:r w:rsidRPr="00A84A57">
        <w:rPr>
          <w:sz w:val="28"/>
          <w:szCs w:val="28"/>
          <w:lang w:val="ru-RU"/>
        </w:rPr>
        <w:t>мислення</w:t>
      </w:r>
      <w:proofErr w:type="spellEnd"/>
      <w:r w:rsidRPr="00A84A57">
        <w:rPr>
          <w:sz w:val="28"/>
          <w:szCs w:val="28"/>
          <w:lang w:val="ru-RU"/>
        </w:rPr>
        <w:t xml:space="preserve">, </w:t>
      </w:r>
      <w:proofErr w:type="spellStart"/>
      <w:r w:rsidRPr="00A84A57">
        <w:rPr>
          <w:sz w:val="28"/>
          <w:szCs w:val="28"/>
          <w:lang w:val="ru-RU"/>
        </w:rPr>
        <w:t>розширенню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їхнього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наукового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світогляду</w:t>
      </w:r>
      <w:proofErr w:type="spellEnd"/>
      <w:r w:rsidRPr="00A84A57">
        <w:rPr>
          <w:sz w:val="28"/>
          <w:szCs w:val="28"/>
          <w:lang w:val="ru-RU"/>
        </w:rPr>
        <w:t xml:space="preserve"> та </w:t>
      </w:r>
      <w:proofErr w:type="spellStart"/>
      <w:r w:rsidRPr="00A84A57">
        <w:rPr>
          <w:sz w:val="28"/>
          <w:szCs w:val="28"/>
          <w:lang w:val="ru-RU"/>
        </w:rPr>
        <w:t>підвищенню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інтересу</w:t>
      </w:r>
      <w:proofErr w:type="spellEnd"/>
      <w:r w:rsidRPr="00A84A57">
        <w:rPr>
          <w:sz w:val="28"/>
          <w:szCs w:val="28"/>
          <w:lang w:val="ru-RU"/>
        </w:rPr>
        <w:t xml:space="preserve"> до </w:t>
      </w:r>
      <w:proofErr w:type="spellStart"/>
      <w:r w:rsidRPr="00A84A57">
        <w:rPr>
          <w:sz w:val="28"/>
          <w:szCs w:val="28"/>
          <w:lang w:val="ru-RU"/>
        </w:rPr>
        <w:t>актуальних</w:t>
      </w:r>
      <w:proofErr w:type="spellEnd"/>
      <w:r w:rsidRPr="00A84A57">
        <w:rPr>
          <w:sz w:val="28"/>
          <w:szCs w:val="28"/>
          <w:lang w:val="ru-RU"/>
        </w:rPr>
        <w:t xml:space="preserve"> проблем </w:t>
      </w:r>
      <w:proofErr w:type="spellStart"/>
      <w:r w:rsidRPr="00A84A57">
        <w:rPr>
          <w:sz w:val="28"/>
          <w:szCs w:val="28"/>
          <w:lang w:val="ru-RU"/>
        </w:rPr>
        <w:t>сучасної</w:t>
      </w:r>
      <w:proofErr w:type="spellEnd"/>
      <w:r w:rsidRPr="00A84A57">
        <w:rPr>
          <w:sz w:val="28"/>
          <w:szCs w:val="28"/>
          <w:lang w:val="ru-RU"/>
        </w:rPr>
        <w:t xml:space="preserve"> </w:t>
      </w:r>
      <w:proofErr w:type="spellStart"/>
      <w:r w:rsidRPr="00A84A57">
        <w:rPr>
          <w:sz w:val="28"/>
          <w:szCs w:val="28"/>
          <w:lang w:val="ru-RU"/>
        </w:rPr>
        <w:t>лінгвістики</w:t>
      </w:r>
      <w:proofErr w:type="spellEnd"/>
      <w:r w:rsidRPr="00A84A57">
        <w:rPr>
          <w:sz w:val="28"/>
          <w:szCs w:val="28"/>
          <w:lang w:val="ru-RU"/>
        </w:rPr>
        <w:t>.</w:t>
      </w:r>
    </w:p>
    <w:p w14:paraId="26D63531" w14:textId="77777777" w:rsidR="006240A5" w:rsidRPr="00A84A57" w:rsidRDefault="006240A5" w:rsidP="00A84A57">
      <w:pPr>
        <w:spacing w:line="240" w:lineRule="auto"/>
        <w:rPr>
          <w:sz w:val="28"/>
          <w:szCs w:val="28"/>
          <w:lang w:val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6240A5" w:rsidRPr="00A84A57" w14:paraId="56601CB3" w14:textId="77777777">
        <w:tc>
          <w:tcPr>
            <w:tcW w:w="4986" w:type="dxa"/>
          </w:tcPr>
          <w:p w14:paraId="02C366F4" w14:textId="77777777" w:rsidR="006240A5" w:rsidRPr="00A84A57" w:rsidRDefault="00000000" w:rsidP="00A84A57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 w:rsidRPr="00A84A57">
              <w:rPr>
                <w:sz w:val="28"/>
                <w:szCs w:val="28"/>
              </w:rPr>
              <w:t>Керівник</w:t>
            </w:r>
            <w:proofErr w:type="spellEnd"/>
            <w:r w:rsidRPr="00A84A57">
              <w:rPr>
                <w:sz w:val="28"/>
                <w:szCs w:val="28"/>
              </w:rPr>
              <w:t xml:space="preserve"> </w:t>
            </w:r>
            <w:proofErr w:type="spellStart"/>
            <w:r w:rsidRPr="00A84A57">
              <w:rPr>
                <w:sz w:val="28"/>
                <w:szCs w:val="28"/>
              </w:rPr>
              <w:t>наукового</w:t>
            </w:r>
            <w:proofErr w:type="spellEnd"/>
            <w:r w:rsidRPr="00A84A57">
              <w:rPr>
                <w:sz w:val="28"/>
                <w:szCs w:val="28"/>
              </w:rPr>
              <w:t xml:space="preserve"> </w:t>
            </w:r>
            <w:proofErr w:type="spellStart"/>
            <w:r w:rsidRPr="00A84A57">
              <w:rPr>
                <w:sz w:val="28"/>
                <w:szCs w:val="28"/>
              </w:rPr>
              <w:t>гуртка</w:t>
            </w:r>
            <w:proofErr w:type="spellEnd"/>
            <w:r w:rsidRPr="00A84A57">
              <w:rPr>
                <w:sz w:val="28"/>
                <w:szCs w:val="28"/>
              </w:rPr>
              <w:br/>
              <w:t>«PER LINGUA AD ASTRA»</w:t>
            </w:r>
          </w:p>
        </w:tc>
        <w:tc>
          <w:tcPr>
            <w:tcW w:w="4986" w:type="dxa"/>
          </w:tcPr>
          <w:p w14:paraId="1D51636D" w14:textId="77777777" w:rsidR="006240A5" w:rsidRPr="00A84A57" w:rsidRDefault="00000000" w:rsidP="00A84A57">
            <w:pPr>
              <w:spacing w:after="0" w:line="240" w:lineRule="auto"/>
              <w:rPr>
                <w:sz w:val="28"/>
                <w:szCs w:val="28"/>
              </w:rPr>
            </w:pPr>
            <w:r w:rsidRPr="00A84A57">
              <w:rPr>
                <w:sz w:val="28"/>
                <w:szCs w:val="28"/>
              </w:rPr>
              <w:t>_______________</w:t>
            </w:r>
            <w:proofErr w:type="gramStart"/>
            <w:r w:rsidRPr="00A84A57">
              <w:rPr>
                <w:sz w:val="28"/>
                <w:szCs w:val="28"/>
              </w:rPr>
              <w:t>_  Ірина</w:t>
            </w:r>
            <w:proofErr w:type="gramEnd"/>
            <w:r w:rsidRPr="00A84A57">
              <w:rPr>
                <w:sz w:val="28"/>
                <w:szCs w:val="28"/>
              </w:rPr>
              <w:t xml:space="preserve"> САПОЖНИК</w:t>
            </w:r>
          </w:p>
        </w:tc>
      </w:tr>
      <w:tr w:rsidR="006240A5" w:rsidRPr="00A84A57" w14:paraId="2415BDDD" w14:textId="77777777">
        <w:tc>
          <w:tcPr>
            <w:tcW w:w="4986" w:type="dxa"/>
          </w:tcPr>
          <w:p w14:paraId="4039D02D" w14:textId="77777777" w:rsidR="006240A5" w:rsidRPr="00A84A57" w:rsidRDefault="00000000" w:rsidP="00A84A57">
            <w:pPr>
              <w:spacing w:after="0" w:line="240" w:lineRule="auto"/>
              <w:rPr>
                <w:sz w:val="28"/>
                <w:szCs w:val="28"/>
              </w:rPr>
            </w:pPr>
            <w:r w:rsidRPr="00A84A57">
              <w:rPr>
                <w:sz w:val="28"/>
                <w:szCs w:val="28"/>
              </w:rPr>
              <w:t>Дата</w:t>
            </w:r>
          </w:p>
        </w:tc>
        <w:tc>
          <w:tcPr>
            <w:tcW w:w="4986" w:type="dxa"/>
          </w:tcPr>
          <w:p w14:paraId="04F41D53" w14:textId="77777777" w:rsidR="006240A5" w:rsidRPr="00A84A57" w:rsidRDefault="00000000" w:rsidP="00A84A57">
            <w:pPr>
              <w:spacing w:after="0" w:line="240" w:lineRule="auto"/>
              <w:rPr>
                <w:sz w:val="28"/>
                <w:szCs w:val="28"/>
              </w:rPr>
            </w:pPr>
            <w:r w:rsidRPr="00A84A57">
              <w:rPr>
                <w:sz w:val="28"/>
                <w:szCs w:val="28"/>
              </w:rPr>
              <w:t>«____» ____________ 2026 р.</w:t>
            </w:r>
          </w:p>
        </w:tc>
      </w:tr>
    </w:tbl>
    <w:p w14:paraId="7121906A" w14:textId="77777777" w:rsidR="00863A2C" w:rsidRPr="00A84A57" w:rsidRDefault="00863A2C" w:rsidP="00A84A57">
      <w:pPr>
        <w:spacing w:line="240" w:lineRule="auto"/>
        <w:rPr>
          <w:sz w:val="28"/>
          <w:szCs w:val="28"/>
        </w:rPr>
      </w:pPr>
    </w:p>
    <w:sectPr w:rsidR="00863A2C" w:rsidRPr="00A84A57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1834376">
    <w:abstractNumId w:val="8"/>
  </w:num>
  <w:num w:numId="2" w16cid:durableId="636256225">
    <w:abstractNumId w:val="6"/>
  </w:num>
  <w:num w:numId="3" w16cid:durableId="165289011">
    <w:abstractNumId w:val="5"/>
  </w:num>
  <w:num w:numId="4" w16cid:durableId="463430695">
    <w:abstractNumId w:val="4"/>
  </w:num>
  <w:num w:numId="5" w16cid:durableId="683172405">
    <w:abstractNumId w:val="7"/>
  </w:num>
  <w:num w:numId="6" w16cid:durableId="1870869983">
    <w:abstractNumId w:val="3"/>
  </w:num>
  <w:num w:numId="7" w16cid:durableId="1509831550">
    <w:abstractNumId w:val="2"/>
  </w:num>
  <w:num w:numId="8" w16cid:durableId="1497185358">
    <w:abstractNumId w:val="1"/>
  </w:num>
  <w:num w:numId="9" w16cid:durableId="658311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240A5"/>
    <w:rsid w:val="00863A2C"/>
    <w:rsid w:val="00A81B21"/>
    <w:rsid w:val="00A84A5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33394D"/>
  <w14:defaultImageDpi w14:val="300"/>
  <w15:docId w15:val="{D0F0FB2D-608F-4E09-ACDF-8FC54207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3536</Words>
  <Characters>2017</Characters>
  <Application>Microsoft Office Word</Application>
  <DocSecurity>0</DocSecurity>
  <Lines>16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2</cp:revision>
  <dcterms:created xsi:type="dcterms:W3CDTF">2013-12-23T23:15:00Z</dcterms:created>
  <dcterms:modified xsi:type="dcterms:W3CDTF">2026-09-20T08:00:00Z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d78a8078-ffc2-4540-92d3-3674a67caa3e</vt:lpwstr>
  </property>
</Properties>
</file>